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Auto Repair Shop Business Plan</w:t>
      </w:r>
    </w:p>
    <w:p>
      <w:r>
        <w:rPr>
          <w:b w:val="0"/>
          <w:i w:val="0"/>
          <w:color w:val="6B7280"/>
          <w:sz w:val="28"/>
        </w:rPr>
        <w:t>Sample plan for Precision Auto Care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Precision Auto Care is a new auto repair shop business based in [City, State]. We will serve local drivers needing maintenance and fleet vehicles for small businesses, offering oil changes and routine maintenance, brakes, suspension and tires and diagnostics and engine repair. Our goal is to become the go-to choice for [your target customer] in [your area] by [your key difference, such as quality, speed, price or specialty].</w:t>
      </w:r>
    </w:p>
    <w:p>
      <w:r>
        <w:rPr>
          <w:b w:val="0"/>
          <w:i w:val="0"/>
        </w:rPr>
        <w:t>We project first-year revenue of about $500,000, growing to $719,000 by year three. Startup costs are estimated between $65,000 and $263,000. We are seeking $164,000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Auto repair shops earn on labor hours and parts margin. Your plan should show bay count, technician productivity, labor rate, parts markup and how you will build trust with customers who are wary of repair shops.</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[Precision Auto Care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Oil changes and routine maintenance</w:t>
            </w:r>
          </w:p>
        </w:tc>
        <w:tc>
          <w:tcPr>
            <w:tcW w:type="dxa" w:w="2550"/>
          </w:tcPr>
          <w:p>
            <w:r>
              <w:t>[Describe]</w:t>
            </w:r>
          </w:p>
        </w:tc>
        <w:tc>
          <w:tcPr>
            <w:tcW w:type="dxa" w:w="2550"/>
          </w:tcPr>
          <w:p>
            <w:r>
              <w:t>[$]</w:t>
            </w:r>
          </w:p>
        </w:tc>
        <w:tc>
          <w:tcPr>
            <w:tcW w:type="dxa" w:w="2550"/>
          </w:tcPr>
          <w:p>
            <w:r>
              <w:t>[$]</w:t>
            </w:r>
          </w:p>
        </w:tc>
      </w:tr>
      <w:tr>
        <w:tc>
          <w:tcPr>
            <w:tcW w:type="dxa" w:w="2550"/>
          </w:tcPr>
          <w:p>
            <w:r>
              <w:t>Brakes, suspension and tires</w:t>
            </w:r>
          </w:p>
        </w:tc>
        <w:tc>
          <w:tcPr>
            <w:tcW w:type="dxa" w:w="2550"/>
          </w:tcPr>
          <w:p>
            <w:r>
              <w:t>[Describe]</w:t>
            </w:r>
          </w:p>
        </w:tc>
        <w:tc>
          <w:tcPr>
            <w:tcW w:type="dxa" w:w="2550"/>
          </w:tcPr>
          <w:p>
            <w:r>
              <w:t>[$]</w:t>
            </w:r>
          </w:p>
        </w:tc>
        <w:tc>
          <w:tcPr>
            <w:tcW w:type="dxa" w:w="2550"/>
          </w:tcPr>
          <w:p>
            <w:r>
              <w:t>[$]</w:t>
            </w:r>
          </w:p>
        </w:tc>
      </w:tr>
      <w:tr>
        <w:tc>
          <w:tcPr>
            <w:tcW w:type="dxa" w:w="2550"/>
          </w:tcPr>
          <w:p>
            <w:r>
              <w:t>Diagnostics and engine repair</w:t>
            </w:r>
          </w:p>
        </w:tc>
        <w:tc>
          <w:tcPr>
            <w:tcW w:type="dxa" w:w="2550"/>
          </w:tcPr>
          <w:p>
            <w:r>
              <w:t>[Describe]</w:t>
            </w:r>
          </w:p>
        </w:tc>
        <w:tc>
          <w:tcPr>
            <w:tcW w:type="dxa" w:w="2550"/>
          </w:tcPr>
          <w:p>
            <w:r>
              <w:t>[$]</w:t>
            </w:r>
          </w:p>
        </w:tc>
        <w:tc>
          <w:tcPr>
            <w:tcW w:type="dxa" w:w="2550"/>
          </w:tcPr>
          <w:p>
            <w:r>
              <w:t>[$]</w:t>
            </w:r>
          </w:p>
        </w:tc>
      </w:tr>
      <w:tr>
        <w:tc>
          <w:tcPr>
            <w:tcW w:type="dxa" w:w="2550"/>
          </w:tcPr>
          <w:p>
            <w:r>
              <w:t>State inspections</w:t>
            </w:r>
          </w:p>
        </w:tc>
        <w:tc>
          <w:tcPr>
            <w:tcW w:type="dxa" w:w="2550"/>
          </w:tcPr>
          <w:p>
            <w:r>
              <w:t>[Describe]</w:t>
            </w:r>
          </w:p>
        </w:tc>
        <w:tc>
          <w:tcPr>
            <w:tcW w:type="dxa" w:w="2550"/>
          </w:tcPr>
          <w:p>
            <w:r>
              <w:t>[$]</w:t>
            </w:r>
          </w:p>
        </w:tc>
        <w:tc>
          <w:tcPr>
            <w:tcW w:type="dxa" w:w="2550"/>
          </w:tcPr>
          <w:p>
            <w:r>
              <w:t>[$]</w:t>
            </w:r>
          </w:p>
        </w:tc>
      </w:tr>
      <w:tr>
        <w:tc>
          <w:tcPr>
            <w:tcW w:type="dxa" w:w="2550"/>
          </w:tcPr>
          <w:p>
            <w:r>
              <w:t>Fleet service contracts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Labor</w:t>
      </w:r>
    </w:p>
    <w:p>
      <w:pPr>
        <w:pStyle w:val="ListBullet"/>
      </w:pPr>
      <w:r>
        <w:t>Parts sales</w:t>
      </w:r>
    </w:p>
    <w:p>
      <w:pPr>
        <w:pStyle w:val="ListBullet"/>
      </w:pPr>
      <w:r>
        <w:t>Fleet contracts</w:t>
      </w:r>
    </w:p>
    <w:p>
      <w:pPr>
        <w:pStyle w:val="Heading1"/>
      </w:pPr>
      <w:r>
        <w:t>4. Market Analysis</w:t>
      </w:r>
    </w:p>
    <w:p>
      <w:r>
        <w:rPr>
          <w:b/>
          <w:i w:val="0"/>
        </w:rPr>
        <w:t>Target customers:</w:t>
      </w:r>
    </w:p>
    <w:p>
      <w:pPr>
        <w:pStyle w:val="ListBullet"/>
      </w:pPr>
      <w:r>
        <w:t>Local drivers needing maintenance</w:t>
      </w:r>
    </w:p>
    <w:p>
      <w:pPr>
        <w:pStyle w:val="ListBullet"/>
      </w:pPr>
      <w:r>
        <w:t>Fleet vehicles for small businesses</w:t>
      </w:r>
    </w:p>
    <w:p>
      <w:pPr>
        <w:pStyle w:val="ListBullet"/>
      </w:pPr>
      <w:r>
        <w:t>Used car buyers needing inspections</w:t>
      </w:r>
    </w:p>
    <w:p>
      <w:pPr>
        <w:pStyle w:val="ListBullet"/>
      </w:pPr>
      <w:r>
        <w:t>Insurance repair referrals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Google reviews and local search</w:t>
      </w:r>
    </w:p>
    <w:p>
      <w:pPr>
        <w:pStyle w:val="ListBullet"/>
      </w:pPr>
      <w:r>
        <w:t>Fleet outreach</w:t>
      </w:r>
    </w:p>
    <w:p>
      <w:pPr>
        <w:pStyle w:val="ListBullet"/>
      </w:pPr>
      <w:r>
        <w:t>Digital inspections with photos</w:t>
      </w:r>
    </w:p>
    <w:p>
      <w:pPr>
        <w:pStyle w:val="ListBullet"/>
      </w:pPr>
      <w:r>
        <w:t>Maintenance reminders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Google ...</w:t>
            </w:r>
          </w:p>
        </w:tc>
        <w:tc>
          <w:tcPr>
            <w:tcW w:type="dxa" w:w="3400"/>
          </w:tcPr>
          <w:p>
            <w:r>
              <w:t>[$]</w:t>
            </w:r>
          </w:p>
        </w:tc>
        <w:tc>
          <w:tcPr>
            <w:tcW w:type="dxa" w:w="3400"/>
          </w:tcPr>
          <w:p>
            <w:r>
              <w:t>[#]</w:t>
            </w:r>
          </w:p>
        </w:tc>
      </w:tr>
      <w:tr>
        <w:tc>
          <w:tcPr>
            <w:tcW w:type="dxa" w:w="3400"/>
          </w:tcPr>
          <w:p>
            <w:r>
              <w:t>Fleet ...</w:t>
            </w:r>
          </w:p>
        </w:tc>
        <w:tc>
          <w:tcPr>
            <w:tcW w:type="dxa" w:w="3400"/>
          </w:tcPr>
          <w:p>
            <w:r>
              <w:t>[$]</w:t>
            </w:r>
          </w:p>
        </w:tc>
        <w:tc>
          <w:tcPr>
            <w:tcW w:type="dxa" w:w="3400"/>
          </w:tcPr>
          <w:p>
            <w:r>
              <w:t>[#]</w:t>
            </w:r>
          </w:p>
        </w:tc>
      </w:tr>
      <w:tr>
        <w:tc>
          <w:tcPr>
            <w:tcW w:type="dxa" w:w="3400"/>
          </w:tcPr>
          <w:p>
            <w:r>
              <w:t>Digital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license and auto repair registration where required  [ ] obtained</w:t>
      </w:r>
    </w:p>
    <w:p>
      <w:pPr>
        <w:pStyle w:val="ListBullet"/>
      </w:pPr>
      <w:r>
        <w:t>Garage liability insurance  [ ] obtained</w:t>
      </w:r>
    </w:p>
    <w:p>
      <w:pPr>
        <w:pStyle w:val="ListBullet"/>
      </w:pPr>
      <w:r>
        <w:t>Hazardous waste disposal compliance  [ ] obtained</w:t>
      </w:r>
    </w:p>
    <w:p>
      <w:pPr>
        <w:pStyle w:val="ListBullet"/>
      </w:pPr>
      <w:r>
        <w:t>State inspection station license if offered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Car count</w:t>
            </w:r>
          </w:p>
        </w:tc>
        <w:tc>
          <w:tcPr>
            <w:tcW w:type="dxa" w:w="3400"/>
          </w:tcPr>
          <w:p>
            <w:r>
              <w:t>Vehicles serviced per day.</w:t>
            </w:r>
          </w:p>
        </w:tc>
        <w:tc>
          <w:tcPr>
            <w:tcW w:type="dxa" w:w="3400"/>
          </w:tcPr>
          <w:p>
            <w:r>
              <w:t>[Target]</w:t>
            </w:r>
          </w:p>
        </w:tc>
      </w:tr>
      <w:tr>
        <w:tc>
          <w:tcPr>
            <w:tcW w:type="dxa" w:w="3400"/>
          </w:tcPr>
          <w:p>
            <w:r>
              <w:t>Average repair order</w:t>
            </w:r>
          </w:p>
        </w:tc>
        <w:tc>
          <w:tcPr>
            <w:tcW w:type="dxa" w:w="3400"/>
          </w:tcPr>
          <w:p>
            <w:r>
              <w:t>Revenue per vehicle.</w:t>
            </w:r>
          </w:p>
        </w:tc>
        <w:tc>
          <w:tcPr>
            <w:tcW w:type="dxa" w:w="3400"/>
          </w:tcPr>
          <w:p>
            <w:r>
              <w:t>[Target]</w:t>
            </w:r>
          </w:p>
        </w:tc>
      </w:tr>
      <w:tr>
        <w:tc>
          <w:tcPr>
            <w:tcW w:type="dxa" w:w="3400"/>
          </w:tcPr>
          <w:p>
            <w:r>
              <w:t>Technician efficiency</w:t>
            </w:r>
          </w:p>
        </w:tc>
        <w:tc>
          <w:tcPr>
            <w:tcW w:type="dxa" w:w="3400"/>
          </w:tcPr>
          <w:p>
            <w:r>
              <w:t>Hours billed versus hours worked.</w:t>
            </w:r>
          </w:p>
        </w:tc>
        <w:tc>
          <w:tcPr>
            <w:tcW w:type="dxa" w:w="3400"/>
          </w:tcPr>
          <w:p>
            <w:r>
              <w:t>[Target]</w:t>
            </w:r>
          </w:p>
        </w:tc>
      </w:tr>
      <w:tr>
        <w:tc>
          <w:tcPr>
            <w:tcW w:type="dxa" w:w="3400"/>
          </w:tcPr>
          <w:p>
            <w:r>
              <w:t>Parts gross margin</w:t>
            </w:r>
          </w:p>
        </w:tc>
        <w:tc>
          <w:tcPr>
            <w:tcW w:type="dxa" w:w="3400"/>
          </w:tcPr>
          <w:p>
            <w:r>
              <w:t>Markup kept on parts.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Hiring skilled technicians</w:t>
            </w:r>
          </w:p>
        </w:tc>
        <w:tc>
          <w:tcPr>
            <w:tcW w:type="dxa" w:w="5100"/>
          </w:tcPr>
          <w:p>
            <w:r>
              <w:t>[Your plan]</w:t>
            </w:r>
          </w:p>
        </w:tc>
      </w:tr>
      <w:tr>
        <w:tc>
          <w:tcPr>
            <w:tcW w:type="dxa" w:w="5100"/>
          </w:tcPr>
          <w:p>
            <w:r>
              <w:t>Comebacks and warranty work</w:t>
            </w:r>
          </w:p>
        </w:tc>
        <w:tc>
          <w:tcPr>
            <w:tcW w:type="dxa" w:w="5100"/>
          </w:tcPr>
          <w:p>
            <w:r>
              <w:t>[Your plan]</w:t>
            </w:r>
          </w:p>
        </w:tc>
      </w:tr>
      <w:tr>
        <w:tc>
          <w:tcPr>
            <w:tcW w:type="dxa" w:w="5100"/>
          </w:tcPr>
          <w:p>
            <w:r>
              <w:t>Electric vehicles needing new skills</w:t>
            </w:r>
          </w:p>
        </w:tc>
        <w:tc>
          <w:tcPr>
            <w:tcW w:type="dxa" w:w="5100"/>
          </w:tcPr>
          <w:p>
            <w:r>
              <w:t>[Your plan]</w:t>
            </w:r>
          </w:p>
        </w:tc>
      </w:tr>
      <w:tr>
        <w:tc>
          <w:tcPr>
            <w:tcW w:type="dxa" w:w="5100"/>
          </w:tcPr>
          <w:p>
            <w:r>
              <w:t>Environmental compliance</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shop setup</w:t>
            </w:r>
          </w:p>
        </w:tc>
        <w:tc>
          <w:tcPr>
            <w:tcW w:type="dxa" w:w="2550"/>
          </w:tcPr>
          <w:p>
            <w:r>
              <w:t>$15,000</w:t>
            </w:r>
          </w:p>
        </w:tc>
        <w:tc>
          <w:tcPr>
            <w:tcW w:type="dxa" w:w="2550"/>
          </w:tcPr>
          <w:p>
            <w:r>
              <w:t>$80,000</w:t>
            </w:r>
          </w:p>
        </w:tc>
        <w:tc>
          <w:tcPr>
            <w:tcW w:type="dxa" w:w="2550"/>
          </w:tcPr>
          <w:p>
            <w:r>
              <w:t>[$]</w:t>
            </w:r>
          </w:p>
        </w:tc>
      </w:tr>
      <w:tr>
        <w:tc>
          <w:tcPr>
            <w:tcW w:type="dxa" w:w="2550"/>
          </w:tcPr>
          <w:p>
            <w:r>
              <w:t>Lifts and major equipment</w:t>
            </w:r>
          </w:p>
        </w:tc>
        <w:tc>
          <w:tcPr>
            <w:tcW w:type="dxa" w:w="2550"/>
          </w:tcPr>
          <w:p>
            <w:r>
              <w:t>$20,000</w:t>
            </w:r>
          </w:p>
        </w:tc>
        <w:tc>
          <w:tcPr>
            <w:tcW w:type="dxa" w:w="2550"/>
          </w:tcPr>
          <w:p>
            <w:r>
              <w:t>$80,000</w:t>
            </w:r>
          </w:p>
        </w:tc>
        <w:tc>
          <w:tcPr>
            <w:tcW w:type="dxa" w:w="2550"/>
          </w:tcPr>
          <w:p>
            <w:r>
              <w:t>[$]</w:t>
            </w:r>
          </w:p>
        </w:tc>
      </w:tr>
      <w:tr>
        <w:tc>
          <w:tcPr>
            <w:tcW w:type="dxa" w:w="2550"/>
          </w:tcPr>
          <w:p>
            <w:r>
              <w:t>Diagnostic tools and software</w:t>
            </w:r>
          </w:p>
        </w:tc>
        <w:tc>
          <w:tcPr>
            <w:tcW w:type="dxa" w:w="2550"/>
          </w:tcPr>
          <w:p>
            <w:r>
              <w:t>$5,000</w:t>
            </w:r>
          </w:p>
        </w:tc>
        <w:tc>
          <w:tcPr>
            <w:tcW w:type="dxa" w:w="2550"/>
          </w:tcPr>
          <w:p>
            <w:r>
              <w:t>$25,000</w:t>
            </w:r>
          </w:p>
        </w:tc>
        <w:tc>
          <w:tcPr>
            <w:tcW w:type="dxa" w:w="2550"/>
          </w:tcPr>
          <w:p>
            <w:r>
              <w:t>[$]</w:t>
            </w:r>
          </w:p>
        </w:tc>
      </w:tr>
      <w:tr>
        <w:tc>
          <w:tcPr>
            <w:tcW w:type="dxa" w:w="2550"/>
          </w:tcPr>
          <w:p>
            <w:r>
              <w:t>Hand tools</w:t>
            </w:r>
          </w:p>
        </w:tc>
        <w:tc>
          <w:tcPr>
            <w:tcW w:type="dxa" w:w="2550"/>
          </w:tcPr>
          <w:p>
            <w:r>
              <w:t>$5,000</w:t>
            </w:r>
          </w:p>
        </w:tc>
        <w:tc>
          <w:tcPr>
            <w:tcW w:type="dxa" w:w="2550"/>
          </w:tcPr>
          <w:p>
            <w:r>
              <w:t>$20,000</w:t>
            </w:r>
          </w:p>
        </w:tc>
        <w:tc>
          <w:tcPr>
            <w:tcW w:type="dxa" w:w="2550"/>
          </w:tcPr>
          <w:p>
            <w:r>
              <w:t>[$]</w:t>
            </w:r>
          </w:p>
        </w:tc>
      </w:tr>
      <w:tr>
        <w:tc>
          <w:tcPr>
            <w:tcW w:type="dxa" w:w="2550"/>
          </w:tcPr>
          <w:p>
            <w:r>
              <w:t>Licenses, insurance and environmental compliance</w:t>
            </w:r>
          </w:p>
        </w:tc>
        <w:tc>
          <w:tcPr>
            <w:tcW w:type="dxa" w:w="2550"/>
          </w:tcPr>
          <w:p>
            <w:r>
              <w:t>$3,000</w:t>
            </w:r>
          </w:p>
        </w:tc>
        <w:tc>
          <w:tcPr>
            <w:tcW w:type="dxa" w:w="2550"/>
          </w:tcPr>
          <w:p>
            <w:r>
              <w:t>$10,000</w:t>
            </w:r>
          </w:p>
        </w:tc>
        <w:tc>
          <w:tcPr>
            <w:tcW w:type="dxa" w:w="2550"/>
          </w:tcPr>
          <w:p>
            <w:r>
              <w:t>[$]</w:t>
            </w:r>
          </w:p>
        </w:tc>
      </w:tr>
      <w:tr>
        <w:tc>
          <w:tcPr>
            <w:tcW w:type="dxa" w:w="2550"/>
          </w:tcPr>
          <w:p>
            <w:r>
              <w:t>Marketing</w:t>
            </w:r>
          </w:p>
        </w:tc>
        <w:tc>
          <w:tcPr>
            <w:tcW w:type="dxa" w:w="2550"/>
          </w:tcPr>
          <w:p>
            <w:r>
              <w:t>$2,000</w:t>
            </w:r>
          </w:p>
        </w:tc>
        <w:tc>
          <w:tcPr>
            <w:tcW w:type="dxa" w:w="2550"/>
          </w:tcPr>
          <w:p>
            <w:r>
              <w:t>$8,000</w:t>
            </w:r>
          </w:p>
        </w:tc>
        <w:tc>
          <w:tcPr>
            <w:tcW w:type="dxa" w:w="2550"/>
          </w:tcPr>
          <w:p>
            <w:r>
              <w:t>[$]</w:t>
            </w:r>
          </w:p>
        </w:tc>
      </w:tr>
      <w:tr>
        <w:tc>
          <w:tcPr>
            <w:tcW w:type="dxa" w:w="2550"/>
          </w:tcPr>
          <w:p>
            <w:r>
              <w:t>Working capital reserve</w:t>
            </w:r>
          </w:p>
        </w:tc>
        <w:tc>
          <w:tcPr>
            <w:tcW w:type="dxa" w:w="2550"/>
          </w:tcPr>
          <w:p>
            <w:r>
              <w:t>$15,000</w:t>
            </w:r>
          </w:p>
        </w:tc>
        <w:tc>
          <w:tcPr>
            <w:tcW w:type="dxa" w:w="2550"/>
          </w:tcPr>
          <w:p>
            <w:r>
              <w:t>$40,000</w:t>
            </w:r>
          </w:p>
        </w:tc>
        <w:tc>
          <w:tcPr>
            <w:tcW w:type="dxa" w:w="2550"/>
          </w:tcPr>
          <w:p>
            <w:r>
              <w:t>[$]</w:t>
            </w:r>
          </w:p>
        </w:tc>
      </w:tr>
      <w:tr>
        <w:tc>
          <w:tcPr>
            <w:tcW w:type="dxa" w:w="2550"/>
          </w:tcPr>
          <w:p>
            <w:r>
              <w:t>Total</w:t>
            </w:r>
          </w:p>
        </w:tc>
        <w:tc>
          <w:tcPr>
            <w:tcW w:type="dxa" w:w="2550"/>
          </w:tcPr>
          <w:p>
            <w:r>
              <w:t>$65,000</w:t>
            </w:r>
          </w:p>
        </w:tc>
        <w:tc>
          <w:tcPr>
            <w:tcW w:type="dxa" w:w="2550"/>
          </w:tcPr>
          <w:p>
            <w:r>
              <w:t>$263,000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$500,000</w:t>
            </w:r>
          </w:p>
        </w:tc>
        <w:tc>
          <w:tcPr>
            <w:tcW w:type="dxa" w:w="2550"/>
          </w:tcPr>
          <w:p>
            <w:r>
              <w:t>$625,000</w:t>
            </w:r>
          </w:p>
        </w:tc>
        <w:tc>
          <w:tcPr>
            <w:tcW w:type="dxa" w:w="2550"/>
          </w:tcPr>
          <w:p>
            <w:r>
              <w:t>$719,000</w:t>
            </w:r>
          </w:p>
        </w:tc>
      </w:tr>
      <w:tr>
        <w:tc>
          <w:tcPr>
            <w:tcW w:type="dxa" w:w="2550"/>
          </w:tcPr>
          <w:p>
            <w:r>
              <w:t>Cost of sales</w:t>
            </w:r>
          </w:p>
        </w:tc>
        <w:tc>
          <w:tcPr>
            <w:tcW w:type="dxa" w:w="2550"/>
          </w:tcPr>
          <w:p>
            <w:r>
              <w:t>$225,000</w:t>
            </w:r>
          </w:p>
        </w:tc>
        <w:tc>
          <w:tcPr>
            <w:tcW w:type="dxa" w:w="2550"/>
          </w:tcPr>
          <w:p>
            <w:r>
              <w:t>$281,250</w:t>
            </w:r>
          </w:p>
        </w:tc>
        <w:tc>
          <w:tcPr>
            <w:tcW w:type="dxa" w:w="2550"/>
          </w:tcPr>
          <w:p>
            <w:r>
              <w:t>$323,550</w:t>
            </w:r>
          </w:p>
        </w:tc>
      </w:tr>
      <w:tr>
        <w:tc>
          <w:tcPr>
            <w:tcW w:type="dxa" w:w="2550"/>
          </w:tcPr>
          <w:p>
            <w:r>
              <w:t>Gross profit</w:t>
            </w:r>
          </w:p>
        </w:tc>
        <w:tc>
          <w:tcPr>
            <w:tcW w:type="dxa" w:w="2550"/>
          </w:tcPr>
          <w:p>
            <w:r>
              <w:t>$275,000</w:t>
            </w:r>
          </w:p>
        </w:tc>
        <w:tc>
          <w:tcPr>
            <w:tcW w:type="dxa" w:w="2550"/>
          </w:tcPr>
          <w:p>
            <w:r>
              <w:t>$343,750</w:t>
            </w:r>
          </w:p>
        </w:tc>
        <w:tc>
          <w:tcPr>
            <w:tcW w:type="dxa" w:w="2550"/>
          </w:tcPr>
          <w:p>
            <w:r>
              <w:t>$395,450</w:t>
            </w:r>
          </w:p>
        </w:tc>
      </w:tr>
      <w:tr>
        <w:tc>
          <w:tcPr>
            <w:tcW w:type="dxa" w:w="2550"/>
          </w:tcPr>
          <w:p>
            <w:r>
              <w:t>Operating expenses</w:t>
            </w:r>
          </w:p>
        </w:tc>
        <w:tc>
          <w:tcPr>
            <w:tcW w:type="dxa" w:w="2550"/>
          </w:tcPr>
          <w:p>
            <w:r>
              <w:t>$261,250</w:t>
            </w:r>
          </w:p>
        </w:tc>
        <w:tc>
          <w:tcPr>
            <w:tcW w:type="dxa" w:w="2550"/>
          </w:tcPr>
          <w:p>
            <w:r>
              <w:t>$287,375</w:t>
            </w:r>
          </w:p>
        </w:tc>
        <w:tc>
          <w:tcPr>
            <w:tcW w:type="dxa" w:w="2550"/>
          </w:tcPr>
          <w:p>
            <w:r>
              <w:t>$310,365</w:t>
            </w:r>
          </w:p>
        </w:tc>
      </w:tr>
      <w:tr>
        <w:tc>
          <w:tcPr>
            <w:tcW w:type="dxa" w:w="2550"/>
          </w:tcPr>
          <w:p>
            <w:r>
              <w:t>Net income before tax</w:t>
            </w:r>
          </w:p>
        </w:tc>
        <w:tc>
          <w:tcPr>
            <w:tcW w:type="dxa" w:w="2550"/>
          </w:tcPr>
          <w:p>
            <w:r>
              <w:t>$13,750</w:t>
            </w:r>
          </w:p>
        </w:tc>
        <w:tc>
          <w:tcPr>
            <w:tcW w:type="dxa" w:w="2550"/>
          </w:tcPr>
          <w:p>
            <w:r>
              <w:t>$56,375</w:t>
            </w:r>
          </w:p>
        </w:tc>
        <w:tc>
          <w:tcPr>
            <w:tcW w:type="dxa" w:w="2550"/>
          </w:tcPr>
          <w:p>
            <w:r>
              <w:t>$85,085</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$164,000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shop setup</w:t>
            </w:r>
          </w:p>
        </w:tc>
        <w:tc>
          <w:tcPr>
            <w:tcW w:type="dxa" w:w="5100"/>
          </w:tcPr>
          <w:p>
            <w:r>
              <w:t>[$]</w:t>
            </w:r>
          </w:p>
        </w:tc>
      </w:tr>
      <w:tr>
        <w:tc>
          <w:tcPr>
            <w:tcW w:type="dxa" w:w="5100"/>
          </w:tcPr>
          <w:p>
            <w:r>
              <w:t>Lifts and major equipment</w:t>
            </w:r>
          </w:p>
        </w:tc>
        <w:tc>
          <w:tcPr>
            <w:tcW w:type="dxa" w:w="5100"/>
          </w:tcPr>
          <w:p>
            <w:r>
              <w:t>[$]</w:t>
            </w:r>
          </w:p>
        </w:tc>
      </w:tr>
      <w:tr>
        <w:tc>
          <w:tcPr>
            <w:tcW w:type="dxa" w:w="5100"/>
          </w:tcPr>
          <w:p>
            <w:r>
              <w:t>Diagnostic tools and software</w:t>
            </w:r>
          </w:p>
        </w:tc>
        <w:tc>
          <w:tcPr>
            <w:tcW w:type="dxa" w:w="5100"/>
          </w:tcPr>
          <w:p>
            <w:r>
              <w:t>[$]</w:t>
            </w:r>
          </w:p>
        </w:tc>
      </w:tr>
      <w:tr>
        <w:tc>
          <w:tcPr>
            <w:tcW w:type="dxa" w:w="5100"/>
          </w:tcPr>
          <w:p>
            <w:r>
              <w:t>Hand tools</w:t>
            </w:r>
          </w:p>
        </w:tc>
        <w:tc>
          <w:tcPr>
            <w:tcW w:type="dxa" w:w="5100"/>
          </w:tcPr>
          <w:p>
            <w:r>
              <w:t>[$]</w:t>
            </w:r>
          </w:p>
        </w:tc>
      </w:tr>
      <w:tr>
        <w:tc>
          <w:tcPr>
            <w:tcW w:type="dxa" w:w="5100"/>
          </w:tcPr>
          <w:p>
            <w:r>
              <w:t>Licenses, insurance and environmental compliance</w:t>
            </w:r>
          </w:p>
        </w:tc>
        <w:tc>
          <w:tcPr>
            <w:tcW w:type="dxa" w:w="5100"/>
          </w:tcPr>
          <w:p>
            <w:r>
              <w:t>[$]</w:t>
            </w:r>
          </w:p>
        </w:tc>
      </w:tr>
      <w:tr>
        <w:tc>
          <w:tcPr>
            <w:tcW w:type="dxa" w:w="5100"/>
          </w:tcPr>
          <w:p>
            <w:r>
              <w:t>Marketing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auto repair shop plan:</w:t>
      </w:r>
    </w:p>
    <w:p>
      <w:pPr>
        <w:pStyle w:val="ListBullet"/>
      </w:pPr>
      <w:r>
        <w:t>Show bays, technicians and billable hours.</w:t>
      </w:r>
    </w:p>
    <w:p>
      <w:pPr>
        <w:pStyle w:val="ListBullet"/>
      </w:pPr>
      <w:r>
        <w:t>Explain your labor rate and parts markup.</w:t>
      </w:r>
    </w:p>
    <w:p>
      <w:pPr>
        <w:pStyle w:val="ListBullet"/>
      </w:pPr>
      <w:r>
        <w:t>Describe how you will build trust, such as digital inspections.</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