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pStyle w:val="Title"/>
      </w:pPr>
      <w:r>
        <w:t>Event Planning Business Plan</w:t>
      </w:r>
    </w:p>
    <w:p>
      <w:r>
        <w:rPr>
          <w:b w:val="0"/>
          <w:i w:val="0"/>
          <w:color w:val="6B7280"/>
          <w:sz w:val="28"/>
        </w:rPr>
        <w:t>Sample plan for Evergreen Events Co. (fictional example)</w:t>
      </w:r>
    </w:p>
    <w:p/>
    <w:p>
      <w:r>
        <w:rPr>
          <w:b w:val="0"/>
          <w:i w:val="0"/>
          <w:sz w:val="24"/>
        </w:rPr>
        <w:t>Prepared by: [Owner name]</w:t>
      </w:r>
    </w:p>
    <w:p>
      <w:r>
        <w:rPr>
          <w:b w:val="0"/>
          <w:i w:val="0"/>
          <w:sz w:val="24"/>
        </w:rPr>
        <w:t>[Business address]</w:t>
      </w:r>
    </w:p>
    <w:p>
      <w:r>
        <w:rPr>
          <w:b w:val="0"/>
          <w:i w:val="0"/>
          <w:sz w:val="24"/>
        </w:rPr>
        <w:t>[Phone]  |  [Email]  |  [Website]</w:t>
      </w:r>
    </w:p>
    <w:p>
      <w:r>
        <w:rPr>
          <w:b w:val="0"/>
          <w:i w:val="0"/>
          <w:sz w:val="24"/>
        </w:rPr>
        <w:t>Date: [Month, Year]</w:t>
      </w:r>
    </w:p>
    <w:p/>
    <w:p>
      <w:r>
        <w:rPr>
          <w:b w:val="0"/>
          <w:i/>
          <w:color w:val="6B7280"/>
          <w:sz w:val="19"/>
        </w:rPr>
        <w:t>How to use this sample: the business name, figures and descriptions are a fictional example to show what a finished plan looks like. Replace everything in [brackets] and every example number with your own research before you share it. Cost ranges are rough planning figures and vary widely by location.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b w:val="0"/>
          <w:i w:val="0"/>
        </w:rPr>
        <w:t>Evergreen Events Co. is a new event planning business based in [City, State]. We will serve engaged couples and corporate event teams, offering full wedding planning, day-of coordination and corporate events and retreats. Our goal is to become the go-to choice for [your target customer] in [your area] by [your key difference, such as quality, speed, price or specialty].</w:t>
      </w:r>
    </w:p>
    <w:p>
      <w:r>
        <w:rPr>
          <w:b w:val="0"/>
          <w:i w:val="0"/>
        </w:rPr>
        <w:t>We project first-year revenue of about $120,000, growing to $172,000 by year three. Startup costs are estimated between $6,600 and $28,500. We are seeking $18,000 in [loan / investment / owner funds] to cover startup costs and working capital. [Add one or two sentences on the owner's experience and any early traction such as signed customers, pre-orders or a secured location.]</w:t>
      </w:r>
    </w:p>
    <w:p>
      <w:pPr>
        <w:pStyle w:val="Heading1"/>
      </w:pPr>
      <w:r>
        <w:t>2. Company Description</w:t>
      </w:r>
    </w:p>
    <w:p>
      <w:r>
        <w:rPr>
          <w:b w:val="0"/>
          <w:i w:val="0"/>
        </w:rPr>
        <w:t>Event planners sell trust and coordination. The plan should describe your event types, how you charge (flat fee, percentage or hourly), your vendor network and how many events a year you can handle at a high standard.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5100"/>
          </w:tcPr>
          <w:p>
            <w:r>
              <w:t>Legal name</w:t>
            </w:r>
          </w:p>
        </w:tc>
        <w:tc>
          <w:tcPr>
            <w:tcW w:type="dxa" w:w="5100"/>
          </w:tcPr>
          <w:p>
            <w:r>
              <w:t>[Evergreen Events Co. LLC]</w:t>
            </w:r>
          </w:p>
        </w:tc>
      </w:tr>
      <w:tr>
        <w:tc>
          <w:tcPr>
            <w:tcW w:type="dxa" w:w="5100"/>
          </w:tcPr>
          <w:p>
            <w:r>
              <w:t>Legal structure</w:t>
            </w:r>
          </w:p>
        </w:tc>
        <w:tc>
          <w:tcPr>
            <w:tcW w:type="dxa" w:w="5100"/>
          </w:tcPr>
          <w:p>
            <w:r>
              <w:t>[LLC / sole proprietorship / corporation / partnership]</w:t>
            </w:r>
          </w:p>
        </w:tc>
      </w:tr>
      <w:tr>
        <w:tc>
          <w:tcPr>
            <w:tcW w:type="dxa" w:w="5100"/>
          </w:tcPr>
          <w:p>
            <w:r>
              <w:t>Location</w:t>
            </w:r>
          </w:p>
        </w:tc>
        <w:tc>
          <w:tcPr>
            <w:tcW w:type="dxa" w:w="5100"/>
          </w:tcPr>
          <w:p>
            <w:r>
              <w:t>[Address or service area]</w:t>
            </w:r>
          </w:p>
        </w:tc>
      </w:tr>
      <w:tr>
        <w:tc>
          <w:tcPr>
            <w:tcW w:type="dxa" w:w="5100"/>
          </w:tcPr>
          <w:p>
            <w:r>
              <w:t>Owners</w:t>
            </w:r>
          </w:p>
        </w:tc>
        <w:tc>
          <w:tcPr>
            <w:tcW w:type="dxa" w:w="5100"/>
          </w:tcPr>
          <w:p>
            <w:r>
              <w:t>[Names and ownership %]</w:t>
            </w:r>
          </w:p>
        </w:tc>
      </w:tr>
      <w:tr>
        <w:tc>
          <w:tcPr>
            <w:tcW w:type="dxa" w:w="5100"/>
          </w:tcPr>
          <w:p>
            <w:r>
              <w:t>Stage</w:t>
            </w:r>
          </w:p>
        </w:tc>
        <w:tc>
          <w:tcPr>
            <w:tcW w:type="dxa" w:w="5100"/>
          </w:tcPr>
          <w:p>
            <w:r>
              <w:t>[Idea / pre-launch / operating since 20XX]</w:t>
            </w:r>
          </w:p>
        </w:tc>
      </w:tr>
    </w:tbl>
    <w:p/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</w:tc>
      </w:tr>
    </w:tbl>
    <w:p/>
    <w:p>
      <w:pPr>
        <w:pStyle w:val="Heading1"/>
      </w:pPr>
      <w:r>
        <w:t>3. Products and Services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Offering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Cost to deliver</w:t>
            </w:r>
          </w:p>
        </w:tc>
      </w:tr>
      <w:tr>
        <w:tc>
          <w:tcPr>
            <w:tcW w:type="dxa" w:w="2550"/>
          </w:tcPr>
          <w:p>
            <w:r>
              <w:t>Full wedding planning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Day-of coordination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Corporate events and retreats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Fundraising galas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Destination event planning</w:t>
            </w:r>
          </w:p>
        </w:tc>
        <w:tc>
          <w:tcPr>
            <w:tcW w:type="dxa" w:w="2550"/>
          </w:tcPr>
          <w:p>
            <w:r>
              <w:t>[Describe]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Revenue streams:</w:t>
      </w:r>
    </w:p>
    <w:p>
      <w:pPr>
        <w:pStyle w:val="ListBullet"/>
      </w:pPr>
      <w:r>
        <w:t>Planning fees</w:t>
      </w:r>
    </w:p>
    <w:p>
      <w:pPr>
        <w:pStyle w:val="ListBullet"/>
      </w:pPr>
      <w:r>
        <w:t>Day-of coordination fees</w:t>
      </w:r>
    </w:p>
    <w:p>
      <w:pPr>
        <w:pStyle w:val="ListBullet"/>
      </w:pPr>
      <w:r>
        <w:t>Vendor commissions where disclosed</w:t>
      </w:r>
    </w:p>
    <w:p>
      <w:pPr>
        <w:pStyle w:val="Heading1"/>
      </w:pPr>
      <w:r>
        <w:t>4. Market Analysis</w:t>
      </w:r>
    </w:p>
    <w:p>
      <w:r>
        <w:rPr>
          <w:b/>
          <w:i w:val="0"/>
        </w:rPr>
        <w:t>Target customers:</w:t>
      </w:r>
    </w:p>
    <w:p>
      <w:pPr>
        <w:pStyle w:val="ListBullet"/>
      </w:pPr>
      <w:r>
        <w:t>Engaged couples</w:t>
      </w:r>
    </w:p>
    <w:p>
      <w:pPr>
        <w:pStyle w:val="ListBullet"/>
      </w:pPr>
      <w:r>
        <w:t>Corporate event teams</w:t>
      </w:r>
    </w:p>
    <w:p>
      <w:pPr>
        <w:pStyle w:val="ListBullet"/>
      </w:pPr>
      <w:r>
        <w:t>Nonprofits holding fundraisers</w:t>
      </w:r>
    </w:p>
    <w:p>
      <w:pPr>
        <w:pStyle w:val="ListBullet"/>
      </w:pPr>
      <w:r>
        <w:t>Families planning milestone parties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Market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Estimate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Source</w:t>
            </w:r>
          </w:p>
        </w:tc>
      </w:tr>
      <w:tr>
        <w:tc>
          <w:tcPr>
            <w:tcW w:type="dxa" w:w="3400"/>
          </w:tcPr>
          <w:p>
            <w:r>
              <w:t>Potential customers in our area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>
              <w:t>[Census data, local reports]</w:t>
            </w:r>
          </w:p>
        </w:tc>
      </w:tr>
      <w:tr>
        <w:tc>
          <w:tcPr>
            <w:tcW w:type="dxa" w:w="3400"/>
          </w:tcPr>
          <w:p>
            <w:r>
              <w:t>Customers we can realistically reach</w:t>
            </w:r>
          </w:p>
        </w:tc>
        <w:tc>
          <w:tcPr>
            <w:tcW w:type="dxa" w:w="3400"/>
          </w:tcPr>
          <w:p>
            <w:r>
              <w:t>[#]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Target share in year one</w:t>
            </w:r>
          </w:p>
        </w:tc>
        <w:tc>
          <w:tcPr>
            <w:tcW w:type="dxa" w:w="3400"/>
          </w:tcPr>
          <w:p>
            <w:r>
              <w:t>[%]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Industry trends affecting our business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5. Competition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Strengths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Weaknesses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Price range</w:t>
            </w:r>
          </w:p>
        </w:tc>
      </w:tr>
      <w:tr>
        <w:tc>
          <w:tcPr>
            <w:tcW w:type="dxa" w:w="2550"/>
          </w:tcPr>
          <w:p>
            <w:r>
              <w:t>[Competitor 1]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2]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  <w:tr>
        <w:tc>
          <w:tcPr>
            <w:tcW w:type="dxa" w:w="2550"/>
          </w:tcPr>
          <w:p>
            <w:r>
              <w:t>[Competitor 3]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Why customers will choose 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6. Marketing and Sales</w:t>
      </w:r>
    </w:p>
    <w:p>
      <w:r>
        <w:rPr>
          <w:b/>
          <w:i w:val="0"/>
        </w:rPr>
        <w:t>Planned marketing activities:</w:t>
      </w:r>
    </w:p>
    <w:p>
      <w:pPr>
        <w:pStyle w:val="ListBullet"/>
      </w:pPr>
      <w:r>
        <w:t>Preferred vendor lists at venues</w:t>
      </w:r>
    </w:p>
    <w:p>
      <w:pPr>
        <w:pStyle w:val="ListBullet"/>
      </w:pPr>
      <w:r>
        <w:t>Styled shoots</w:t>
      </w:r>
    </w:p>
    <w:p>
      <w:pPr>
        <w:pStyle w:val="ListBullet"/>
      </w:pPr>
      <w:r>
        <w:t>Wedding directories</w:t>
      </w:r>
    </w:p>
    <w:p>
      <w:pPr>
        <w:pStyle w:val="ListBullet"/>
      </w:pPr>
      <w:r>
        <w:t>Corporate networking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Channel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Monthly budget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Goal</w:t>
            </w:r>
          </w:p>
        </w:tc>
      </w:tr>
      <w:tr>
        <w:tc>
          <w:tcPr>
            <w:tcW w:type="dxa" w:w="3400"/>
          </w:tcPr>
          <w:p>
            <w:r>
              <w:t>Preferred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Styled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  <w:tr>
        <w:tc>
          <w:tcPr>
            <w:tcW w:type="dxa" w:w="3400"/>
          </w:tcPr>
          <w:p>
            <w:r>
              <w:t>Wedding ...</w:t>
            </w:r>
          </w:p>
        </w:tc>
        <w:tc>
          <w:tcPr>
            <w:tcW w:type="dxa" w:w="3400"/>
          </w:tcPr>
          <w:p>
            <w:r>
              <w:t>[$]</w:t>
            </w:r>
          </w:p>
        </w:tc>
        <w:tc>
          <w:tcPr>
            <w:tcW w:type="dxa" w:w="3400"/>
          </w:tcPr>
          <w:p>
            <w:r>
              <w:t>[#]</w:t>
            </w:r>
          </w:p>
        </w:tc>
      </w:tr>
    </w:tbl>
    <w:p/>
    <w:p>
      <w:pPr>
        <w:pStyle w:val="Heading1"/>
      </w:pPr>
      <w:r>
        <w:t>7. Operations</w:t>
      </w:r>
    </w:p>
    <w:p>
      <w:r>
        <w:rPr>
          <w:b/>
          <w:i w:val="0"/>
        </w:rPr>
        <w:t>Location, facilities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Suppliers and day-to-day operations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Licenses, permits and insurance to obtain:</w:t>
      </w:r>
    </w:p>
    <w:p>
      <w:pPr>
        <w:pStyle w:val="ListBullet"/>
      </w:pPr>
      <w:r>
        <w:t>Business license  [ ] obtained</w:t>
      </w:r>
    </w:p>
    <w:p>
      <w:pPr>
        <w:pStyle w:val="ListBullet"/>
      </w:pPr>
      <w:r>
        <w:t>Liability insurance  [ ] obtained</w:t>
      </w:r>
    </w:p>
    <w:p>
      <w:pPr>
        <w:pStyle w:val="ListBullet"/>
      </w:pPr>
      <w:r>
        <w:t>Clear client contracts  [ ] obtained</w:t>
      </w:r>
    </w:p>
    <w:p>
      <w:r>
        <w:rPr>
          <w:b w:val="0"/>
          <w:i/>
          <w:color w:val="6B7280"/>
          <w:sz w:val="18"/>
        </w:rPr>
        <w:t>Requirements vary by state and city. Confirm with your local licensing office.</w:t>
      </w:r>
    </w:p>
    <w:p>
      <w:pPr>
        <w:pStyle w:val="Heading1"/>
      </w:pPr>
      <w:r>
        <w:t>8. Management and Staffing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Experience</w:t>
            </w:r>
          </w:p>
        </w:tc>
      </w:tr>
      <w:tr>
        <w:tc>
          <w:tcPr>
            <w:tcW w:type="dxa" w:w="3400"/>
          </w:tcPr>
          <w:p>
            <w:r>
              <w:t>[Owner name]</w:t>
            </w:r>
          </w:p>
        </w:tc>
        <w:tc>
          <w:tcPr>
            <w:tcW w:type="dxa" w:w="3400"/>
          </w:tcPr>
          <w:p>
            <w:r>
              <w:t>Owner / manager</w:t>
            </w:r>
          </w:p>
        </w:tc>
        <w:tc>
          <w:tcPr>
            <w:tcW w:type="dxa" w:w="3400"/>
          </w:tcPr>
          <w:p>
            <w:r>
              <w:t>[Relevant experience]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p>
      <w:r>
        <w:rPr>
          <w:b/>
          <w:i w:val="0"/>
        </w:rPr>
        <w:t>Hiring plan for the first three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pPr>
        <w:pStyle w:val="Heading1"/>
      </w:pPr>
      <w:r>
        <w:t>9. Key Performance Indicators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Our target</w:t>
            </w:r>
          </w:p>
        </w:tc>
      </w:tr>
      <w:tr>
        <w:tc>
          <w:tcPr>
            <w:tcW w:type="dxa" w:w="3400"/>
          </w:tcPr>
          <w:p>
            <w:r>
              <w:t>Events per year</w:t>
            </w:r>
          </w:p>
        </w:tc>
        <w:tc>
          <w:tcPr>
            <w:tcW w:type="dxa" w:w="3400"/>
          </w:tcPr>
          <w:p>
            <w:r>
              <w:t>Capacity of the team.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Average fee per event</w:t>
            </w:r>
          </w:p>
        </w:tc>
        <w:tc>
          <w:tcPr>
            <w:tcW w:type="dxa" w:w="3400"/>
          </w:tcPr>
          <w:p>
            <w:r>
              <w:t>Revenue per client.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Referral rate</w:t>
            </w:r>
          </w:p>
        </w:tc>
        <w:tc>
          <w:tcPr>
            <w:tcW w:type="dxa" w:w="3400"/>
          </w:tcPr>
          <w:p>
            <w:r>
              <w:t>Clients coming from vendors and past clients.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  <w:tr>
        <w:tc>
          <w:tcPr>
            <w:tcW w:type="dxa" w:w="3400"/>
          </w:tcPr>
          <w:p>
            <w:r>
              <w:t>Hours per event</w:t>
            </w:r>
          </w:p>
        </w:tc>
        <w:tc>
          <w:tcPr>
            <w:tcW w:type="dxa" w:w="3400"/>
          </w:tcPr>
          <w:p>
            <w:r>
              <w:t>Profitability check.</w:t>
            </w:r>
          </w:p>
        </w:tc>
        <w:tc>
          <w:tcPr>
            <w:tcW w:type="dxa" w:w="3400"/>
          </w:tcPr>
          <w:p>
            <w:r>
              <w:t>[Target]</w:t>
            </w:r>
          </w:p>
        </w:tc>
      </w:tr>
    </w:tbl>
    <w:p/>
    <w:p>
      <w:pPr>
        <w:pStyle w:val="Heading1"/>
      </w:pPr>
      <w:r>
        <w:t>10. Risks and How We Will Manage Them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Risk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reduce it</w:t>
            </w:r>
          </w:p>
        </w:tc>
      </w:tr>
      <w:tr>
        <w:tc>
          <w:tcPr>
            <w:tcW w:type="dxa" w:w="5100"/>
          </w:tcPr>
          <w:p>
            <w:r>
              <w:t>Seasonal booking patterns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Vendor failures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Client cancellations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  <w:tr>
        <w:tc>
          <w:tcPr>
            <w:tcW w:type="dxa" w:w="5100"/>
          </w:tcPr>
          <w:p>
            <w:r>
              <w:t>Burnout</w:t>
            </w:r>
          </w:p>
        </w:tc>
        <w:tc>
          <w:tcPr>
            <w:tcW w:type="dxa" w:w="5100"/>
          </w:tcPr>
          <w:p>
            <w:r>
              <w:t>[Your plan]</w:t>
            </w:r>
          </w:p>
        </w:tc>
      </w:tr>
    </w:tbl>
    <w:p/>
    <w:p>
      <w:pPr>
        <w:pStyle w:val="Heading1"/>
      </w:pPr>
      <w:r>
        <w:t>11. Financial Plan</w:t>
      </w:r>
    </w:p>
    <w:p>
      <w:r>
        <w:rPr>
          <w:b/>
          <w:i w:val="0"/>
        </w:rPr>
        <w:t>Estimated startup costs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Startup cost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low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Typical high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Our estimate</w:t>
            </w:r>
          </w:p>
        </w:tc>
      </w:tr>
      <w:tr>
        <w:tc>
          <w:tcPr>
            <w:tcW w:type="dxa" w:w="2550"/>
          </w:tcPr>
          <w:p>
            <w:r>
              <w:t>Website and branding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$5,000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Planning software</w:t>
            </w:r>
          </w:p>
        </w:tc>
        <w:tc>
          <w:tcPr>
            <w:tcW w:type="dxa" w:w="2550"/>
          </w:tcPr>
          <w:p>
            <w:r>
              <w:t>$300</w:t>
            </w:r>
          </w:p>
        </w:tc>
        <w:tc>
          <w:tcPr>
            <w:tcW w:type="dxa" w:w="2550"/>
          </w:tcPr>
          <w:p>
            <w:r>
              <w:t>$1,500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Insurance and contracts</w:t>
            </w:r>
          </w:p>
        </w:tc>
        <w:tc>
          <w:tcPr>
            <w:tcW w:type="dxa" w:w="2550"/>
          </w:tcPr>
          <w:p>
            <w:r>
              <w:t>$800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Styled shoot and portfolio</w:t>
            </w:r>
          </w:p>
        </w:tc>
        <w:tc>
          <w:tcPr>
            <w:tcW w:type="dxa" w:w="2550"/>
          </w:tcPr>
          <w:p>
            <w:r>
              <w:t>$500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Marketing and bridal shows</w:t>
            </w:r>
          </w:p>
        </w:tc>
        <w:tc>
          <w:tcPr>
            <w:tcW w:type="dxa" w:w="2550"/>
          </w:tcPr>
          <w:p>
            <w:r>
              <w:t>$1,000</w:t>
            </w:r>
          </w:p>
        </w:tc>
        <w:tc>
          <w:tcPr>
            <w:tcW w:type="dxa" w:w="2550"/>
          </w:tcPr>
          <w:p>
            <w:r>
              <w:t>$6,000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Working capital reserve</w:t>
            </w:r>
          </w:p>
        </w:tc>
        <w:tc>
          <w:tcPr>
            <w:tcW w:type="dxa" w:w="2550"/>
          </w:tcPr>
          <w:p>
            <w:r>
              <w:t>$3,000</w:t>
            </w:r>
          </w:p>
        </w:tc>
        <w:tc>
          <w:tcPr>
            <w:tcW w:type="dxa" w:w="2550"/>
          </w:tcPr>
          <w:p>
            <w:r>
              <w:t>$10,000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  <w:tr>
        <w:tc>
          <w:tcPr>
            <w:tcW w:type="dxa" w:w="2550"/>
          </w:tcPr>
          <w:p>
            <w:r>
              <w:t>Total</w:t>
            </w:r>
          </w:p>
        </w:tc>
        <w:tc>
          <w:tcPr>
            <w:tcW w:type="dxa" w:w="2550"/>
          </w:tcPr>
          <w:p>
            <w:r>
              <w:t>$6,600</w:t>
            </w:r>
          </w:p>
        </w:tc>
        <w:tc>
          <w:tcPr>
            <w:tcW w:type="dxa" w:w="2550"/>
          </w:tcPr>
          <w:p>
            <w:r>
              <w:t>$28,500</w:t>
            </w:r>
          </w:p>
        </w:tc>
        <w:tc>
          <w:tcPr>
            <w:tcW w:type="dxa" w:w="2550"/>
          </w:tcPr>
          <w:p>
            <w:r>
              <w:t>[$]</w:t>
            </w:r>
          </w:p>
        </w:tc>
      </w:tr>
    </w:tbl>
    <w:p/>
    <w:p>
      <w:r>
        <w:rPr>
          <w:b/>
          <w:i w:val="0"/>
        </w:rPr>
        <w:t>Three-year projection (illustrative)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2550"/>
            <w:shd w:val="clear" w:color="auto" w:fill="0F5D4E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2550"/>
          </w:tcPr>
          <w:p>
            <w:r>
              <w:t>Revenue</w:t>
            </w:r>
          </w:p>
        </w:tc>
        <w:tc>
          <w:tcPr>
            <w:tcW w:type="dxa" w:w="2550"/>
          </w:tcPr>
          <w:p>
            <w:r>
              <w:t>$120,000</w:t>
            </w:r>
          </w:p>
        </w:tc>
        <w:tc>
          <w:tcPr>
            <w:tcW w:type="dxa" w:w="2550"/>
          </w:tcPr>
          <w:p>
            <w:r>
              <w:t>$150,000</w:t>
            </w:r>
          </w:p>
        </w:tc>
        <w:tc>
          <w:tcPr>
            <w:tcW w:type="dxa" w:w="2550"/>
          </w:tcPr>
          <w:p>
            <w:r>
              <w:t>$172,000</w:t>
            </w:r>
          </w:p>
        </w:tc>
      </w:tr>
      <w:tr>
        <w:tc>
          <w:tcPr>
            <w:tcW w:type="dxa" w:w="2550"/>
          </w:tcPr>
          <w:p>
            <w:r>
              <w:t>Cost of sales</w:t>
            </w:r>
          </w:p>
        </w:tc>
        <w:tc>
          <w:tcPr>
            <w:tcW w:type="dxa" w:w="2550"/>
          </w:tcPr>
          <w:p>
            <w:r>
              <w:t>$24,000</w:t>
            </w:r>
          </w:p>
        </w:tc>
        <w:tc>
          <w:tcPr>
            <w:tcW w:type="dxa" w:w="2550"/>
          </w:tcPr>
          <w:p>
            <w:r>
              <w:t>$30,000</w:t>
            </w:r>
          </w:p>
        </w:tc>
        <w:tc>
          <w:tcPr>
            <w:tcW w:type="dxa" w:w="2550"/>
          </w:tcPr>
          <w:p>
            <w:r>
              <w:t>$34,400</w:t>
            </w:r>
          </w:p>
        </w:tc>
      </w:tr>
      <w:tr>
        <w:tc>
          <w:tcPr>
            <w:tcW w:type="dxa" w:w="2550"/>
          </w:tcPr>
          <w:p>
            <w:r>
              <w:t>Gross profit</w:t>
            </w:r>
          </w:p>
        </w:tc>
        <w:tc>
          <w:tcPr>
            <w:tcW w:type="dxa" w:w="2550"/>
          </w:tcPr>
          <w:p>
            <w:r>
              <w:t>$96,000</w:t>
            </w:r>
          </w:p>
        </w:tc>
        <w:tc>
          <w:tcPr>
            <w:tcW w:type="dxa" w:w="2550"/>
          </w:tcPr>
          <w:p>
            <w:r>
              <w:t>$120,000</w:t>
            </w:r>
          </w:p>
        </w:tc>
        <w:tc>
          <w:tcPr>
            <w:tcW w:type="dxa" w:w="2550"/>
          </w:tcPr>
          <w:p>
            <w:r>
              <w:t>$137,600</w:t>
            </w:r>
          </w:p>
        </w:tc>
      </w:tr>
      <w:tr>
        <w:tc>
          <w:tcPr>
            <w:tcW w:type="dxa" w:w="2550"/>
          </w:tcPr>
          <w:p>
            <w:r>
              <w:t>Operating expenses</w:t>
            </w:r>
          </w:p>
        </w:tc>
        <w:tc>
          <w:tcPr>
            <w:tcW w:type="dxa" w:w="2550"/>
          </w:tcPr>
          <w:p>
            <w:r>
              <w:t>$91,200</w:t>
            </w:r>
          </w:p>
        </w:tc>
        <w:tc>
          <w:tcPr>
            <w:tcW w:type="dxa" w:w="2550"/>
          </w:tcPr>
          <w:p>
            <w:r>
              <w:t>$100,320</w:t>
            </w:r>
          </w:p>
        </w:tc>
        <w:tc>
          <w:tcPr>
            <w:tcW w:type="dxa" w:w="2550"/>
          </w:tcPr>
          <w:p>
            <w:r>
              <w:t>$108,346</w:t>
            </w:r>
          </w:p>
        </w:tc>
      </w:tr>
      <w:tr>
        <w:tc>
          <w:tcPr>
            <w:tcW w:type="dxa" w:w="2550"/>
          </w:tcPr>
          <w:p>
            <w:r>
              <w:t>Net income before tax</w:t>
            </w:r>
          </w:p>
        </w:tc>
        <w:tc>
          <w:tcPr>
            <w:tcW w:type="dxa" w:w="2550"/>
          </w:tcPr>
          <w:p>
            <w:r>
              <w:t>$4,800</w:t>
            </w:r>
          </w:p>
        </w:tc>
        <w:tc>
          <w:tcPr>
            <w:tcW w:type="dxa" w:w="2550"/>
          </w:tcPr>
          <w:p>
            <w:r>
              <w:t>$19,680</w:t>
            </w:r>
          </w:p>
        </w:tc>
        <w:tc>
          <w:tcPr>
            <w:tcW w:type="dxa" w:w="2550"/>
          </w:tcPr>
          <w:p>
            <w:r>
              <w:t>$29,254</w:t>
            </w:r>
          </w:p>
        </w:tc>
      </w:tr>
    </w:tbl>
    <w:p/>
    <w:p>
      <w:r>
        <w:rPr>
          <w:b w:val="0"/>
          <w:i/>
          <w:color w:val="6B7280"/>
          <w:sz w:val="18"/>
        </w:rPr>
        <w:t>Example assumptions: 80% gross margin, revenue growth of 25% in year two and 15% in year three. Replace these with your own numbers. Our free Excel financial projections template at BusinessPlanDownload.net builds this table from your assumptions.</w:t>
      </w:r>
    </w:p>
    <w:p>
      <w:pPr>
        <w:pStyle w:val="Heading1"/>
      </w:pPr>
      <w:r>
        <w:t>12. Funding Request</w:t>
      </w:r>
    </w:p>
    <w:p>
      <w:r>
        <w:rPr>
          <w:b w:val="0"/>
          <w:i w:val="0"/>
        </w:rPr>
        <w:t>We are requesting $18,000 to fund startup costs and working capital. [Explain loan term or investor terms, how much the owners are investing, and how the funds will be repaid.]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Use of funds</w:t>
            </w:r>
          </w:p>
        </w:tc>
        <w:tc>
          <w:tcPr>
            <w:tcW w:type="dxa" w:w="5100"/>
            <w:shd w:val="clear" w:color="auto" w:fill="0F5D4E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100"/>
          </w:tcPr>
          <w:p>
            <w:r>
              <w:t>Website and branding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Planning software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Insurance and contracts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Styled shoot and portfolio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Marketing and bridal shows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  <w:tr>
        <w:tc>
          <w:tcPr>
            <w:tcW w:type="dxa" w:w="5100"/>
          </w:tcPr>
          <w:p>
            <w:r>
              <w:t>Working capital reserve</w:t>
            </w:r>
          </w:p>
        </w:tc>
        <w:tc>
          <w:tcPr>
            <w:tcW w:type="dxa" w:w="5100"/>
          </w:tcPr>
          <w:p>
            <w:r>
              <w:t>[$]</w:t>
            </w:r>
          </w:p>
        </w:tc>
      </w:tr>
    </w:tbl>
    <w:p/>
    <w:p>
      <w:pPr>
        <w:pStyle w:val="Heading1"/>
      </w:pPr>
      <w:r>
        <w:t>Appendix</w:t>
      </w:r>
    </w:p>
    <w:p>
      <w:r>
        <w:rPr>
          <w:b/>
          <w:i w:val="0"/>
        </w:rPr>
        <w:t>Writing tips for a event planning plan:</w:t>
      </w:r>
    </w:p>
    <w:p>
      <w:pPr>
        <w:pStyle w:val="ListBullet"/>
      </w:pPr>
      <w:r>
        <w:t>Show your fee structure clearly.</w:t>
      </w:r>
    </w:p>
    <w:p>
      <w:pPr>
        <w:pStyle w:val="ListBullet"/>
      </w:pPr>
      <w:r>
        <w:t>List your core vendor partners.</w:t>
      </w:r>
    </w:p>
    <w:p>
      <w:pPr>
        <w:pStyle w:val="ListBullet"/>
      </w:pPr>
      <w:r>
        <w:t>Describe your process from booking to event day.</w:t>
      </w:r>
    </w:p>
    <w:p>
      <w:r>
        <w:rPr>
          <w:b w:val="0"/>
          <w:i w:val="0"/>
        </w:rPr>
        <w:t>Attach: owner resumes, lease or letter of intent, equipment quotes, permits, market research, photos and detailed financial statements.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