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Farm and Agriculture Business Plan</w:t>
      </w:r>
    </w:p>
    <w:p>
      <w:r>
        <w:rPr>
          <w:b w:val="0"/>
          <w:i w:val="0"/>
          <w:color w:val="6B7280"/>
          <w:sz w:val="28"/>
        </w:rPr>
        <w:t>Sample plan for Willow Creek Family Farm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Willow Creek Family Farm is a new farm and agriculture business based in [City, State]. We will serve grain elevators and cooperatives and farmers market and csa members, offering row crops such as corn, soybeans or wheat, vegetables and fruit for direct sale and livestock, poultry or eggs. Our goal is to become the go-to choice for [your target customer] in [your area] by [your key difference, such as quality, speed, price or specialty].</w:t>
      </w:r>
    </w:p>
    <w:p>
      <w:r>
        <w:rPr>
          <w:b w:val="0"/>
          <w:i w:val="0"/>
        </w:rPr>
        <w:t>We project first-year revenue of about $280,000, growing to $402,000 by year three. Startup costs are estimated between $87,000 and $820,000. We are seeking $454,000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Farm business plans tend to be strategic as much as financial. Families and lenders want a clear mission, an honest look at strengths and weaknesses, enterprise budgets for each crop or livestock line, and a plan for passing the operation to the next generation. This template follows that strategic planning approach and adds enterprise-level numbers.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[Willow Creek Family Farm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Row crops such as corn, soybeans or wheat</w:t>
            </w:r>
          </w:p>
        </w:tc>
        <w:tc>
          <w:tcPr>
            <w:tcW w:type="dxa" w:w="2550"/>
          </w:tcPr>
          <w:p>
            <w:r>
              <w:t>[Describe]</w:t>
            </w:r>
          </w:p>
        </w:tc>
        <w:tc>
          <w:tcPr>
            <w:tcW w:type="dxa" w:w="2550"/>
          </w:tcPr>
          <w:p>
            <w:r>
              <w:t>[$]</w:t>
            </w:r>
          </w:p>
        </w:tc>
        <w:tc>
          <w:tcPr>
            <w:tcW w:type="dxa" w:w="2550"/>
          </w:tcPr>
          <w:p>
            <w:r>
              <w:t>[$]</w:t>
            </w:r>
          </w:p>
        </w:tc>
      </w:tr>
      <w:tr>
        <w:tc>
          <w:tcPr>
            <w:tcW w:type="dxa" w:w="2550"/>
          </w:tcPr>
          <w:p>
            <w:r>
              <w:t>Vegetables and fruit for direct sale</w:t>
            </w:r>
          </w:p>
        </w:tc>
        <w:tc>
          <w:tcPr>
            <w:tcW w:type="dxa" w:w="2550"/>
          </w:tcPr>
          <w:p>
            <w:r>
              <w:t>[Describe]</w:t>
            </w:r>
          </w:p>
        </w:tc>
        <w:tc>
          <w:tcPr>
            <w:tcW w:type="dxa" w:w="2550"/>
          </w:tcPr>
          <w:p>
            <w:r>
              <w:t>[$]</w:t>
            </w:r>
          </w:p>
        </w:tc>
        <w:tc>
          <w:tcPr>
            <w:tcW w:type="dxa" w:w="2550"/>
          </w:tcPr>
          <w:p>
            <w:r>
              <w:t>[$]</w:t>
            </w:r>
          </w:p>
        </w:tc>
      </w:tr>
      <w:tr>
        <w:tc>
          <w:tcPr>
            <w:tcW w:type="dxa" w:w="2550"/>
          </w:tcPr>
          <w:p>
            <w:r>
              <w:t>Livestock, poultry or eggs</w:t>
            </w:r>
          </w:p>
        </w:tc>
        <w:tc>
          <w:tcPr>
            <w:tcW w:type="dxa" w:w="2550"/>
          </w:tcPr>
          <w:p>
            <w:r>
              <w:t>[Describe]</w:t>
            </w:r>
          </w:p>
        </w:tc>
        <w:tc>
          <w:tcPr>
            <w:tcW w:type="dxa" w:w="2550"/>
          </w:tcPr>
          <w:p>
            <w:r>
              <w:t>[$]</w:t>
            </w:r>
          </w:p>
        </w:tc>
        <w:tc>
          <w:tcPr>
            <w:tcW w:type="dxa" w:w="2550"/>
          </w:tcPr>
          <w:p>
            <w:r>
              <w:t>[$]</w:t>
            </w:r>
          </w:p>
        </w:tc>
      </w:tr>
      <w:tr>
        <w:tc>
          <w:tcPr>
            <w:tcW w:type="dxa" w:w="2550"/>
          </w:tcPr>
          <w:p>
            <w:r>
              <w:t>CSA subscription boxes</w:t>
            </w:r>
          </w:p>
        </w:tc>
        <w:tc>
          <w:tcPr>
            <w:tcW w:type="dxa" w:w="2550"/>
          </w:tcPr>
          <w:p>
            <w:r>
              <w:t>[Describe]</w:t>
            </w:r>
          </w:p>
        </w:tc>
        <w:tc>
          <w:tcPr>
            <w:tcW w:type="dxa" w:w="2550"/>
          </w:tcPr>
          <w:p>
            <w:r>
              <w:t>[$]</w:t>
            </w:r>
          </w:p>
        </w:tc>
        <w:tc>
          <w:tcPr>
            <w:tcW w:type="dxa" w:w="2550"/>
          </w:tcPr>
          <w:p>
            <w:r>
              <w:t>[$]</w:t>
            </w:r>
          </w:p>
        </w:tc>
      </w:tr>
      <w:tr>
        <w:tc>
          <w:tcPr>
            <w:tcW w:type="dxa" w:w="2550"/>
          </w:tcPr>
          <w:p>
            <w:r>
              <w:t>Agritourism such as u-pick or farm events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Commodity crop and livestock sales</w:t>
      </w:r>
    </w:p>
    <w:p>
      <w:pPr>
        <w:pStyle w:val="ListBullet"/>
      </w:pPr>
      <w:r>
        <w:t>Direct-to-consumer sales</w:t>
      </w:r>
    </w:p>
    <w:p>
      <w:pPr>
        <w:pStyle w:val="ListBullet"/>
      </w:pPr>
      <w:r>
        <w:t>Government program payments and custom work</w:t>
      </w:r>
    </w:p>
    <w:p>
      <w:pPr>
        <w:pStyle w:val="Heading1"/>
      </w:pPr>
      <w:r>
        <w:t>4. Market Analysis</w:t>
      </w:r>
    </w:p>
    <w:p>
      <w:r>
        <w:rPr>
          <w:b/>
          <w:i w:val="0"/>
        </w:rPr>
        <w:t>Target customers:</w:t>
      </w:r>
    </w:p>
    <w:p>
      <w:pPr>
        <w:pStyle w:val="ListBullet"/>
      </w:pPr>
      <w:r>
        <w:t>Grain elevators and cooperatives</w:t>
      </w:r>
    </w:p>
    <w:p>
      <w:pPr>
        <w:pStyle w:val="ListBullet"/>
      </w:pPr>
      <w:r>
        <w:t>Farmers market and CSA members</w:t>
      </w:r>
    </w:p>
    <w:p>
      <w:pPr>
        <w:pStyle w:val="ListBullet"/>
      </w:pPr>
      <w:r>
        <w:t>Restaurants and grocers buying local</w:t>
      </w:r>
    </w:p>
    <w:p>
      <w:pPr>
        <w:pStyle w:val="ListBullet"/>
      </w:pPr>
      <w:r>
        <w:t>Wholesale produce buyers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CSA sign-ups before the season</w:t>
      </w:r>
    </w:p>
    <w:p>
      <w:pPr>
        <w:pStyle w:val="ListBullet"/>
      </w:pPr>
      <w:r>
        <w:t>Farmers market presence</w:t>
      </w:r>
    </w:p>
    <w:p>
      <w:pPr>
        <w:pStyle w:val="ListBullet"/>
      </w:pPr>
      <w:r>
        <w:t>Direct relationships with restaurants</w:t>
      </w:r>
    </w:p>
    <w:p>
      <w:pPr>
        <w:pStyle w:val="ListBullet"/>
      </w:pPr>
      <w:r>
        <w:t>Farm tours and social media storytelling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CSA ...</w:t>
            </w:r>
          </w:p>
        </w:tc>
        <w:tc>
          <w:tcPr>
            <w:tcW w:type="dxa" w:w="3400"/>
          </w:tcPr>
          <w:p>
            <w:r>
              <w:t>[$]</w:t>
            </w:r>
          </w:p>
        </w:tc>
        <w:tc>
          <w:tcPr>
            <w:tcW w:type="dxa" w:w="3400"/>
          </w:tcPr>
          <w:p>
            <w:r>
              <w:t>[#]</w:t>
            </w:r>
          </w:p>
        </w:tc>
      </w:tr>
      <w:tr>
        <w:tc>
          <w:tcPr>
            <w:tcW w:type="dxa" w:w="3400"/>
          </w:tcPr>
          <w:p>
            <w:r>
              <w:t>Farmers ...</w:t>
            </w:r>
          </w:p>
        </w:tc>
        <w:tc>
          <w:tcPr>
            <w:tcW w:type="dxa" w:w="3400"/>
          </w:tcPr>
          <w:p>
            <w:r>
              <w:t>[$]</w:t>
            </w:r>
          </w:p>
        </w:tc>
        <w:tc>
          <w:tcPr>
            <w:tcW w:type="dxa" w:w="3400"/>
          </w:tcPr>
          <w:p>
            <w:r>
              <w:t>[#]</w:t>
            </w:r>
          </w:p>
        </w:tc>
      </w:tr>
      <w:tr>
        <w:tc>
          <w:tcPr>
            <w:tcW w:type="dxa" w:w="3400"/>
          </w:tcPr>
          <w:p>
            <w:r>
              <w:t>Direct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Farm EIN and state tax registration  [ ] obtained</w:t>
      </w:r>
    </w:p>
    <w:p>
      <w:pPr>
        <w:pStyle w:val="ListBullet"/>
      </w:pPr>
      <w:r>
        <w:t>Pesticide applicator certification where needed  [ ] obtained</w:t>
      </w:r>
    </w:p>
    <w:p>
      <w:pPr>
        <w:pStyle w:val="ListBullet"/>
      </w:pPr>
      <w:r>
        <w:t>Water rights or well permits  [ ] obtained</w:t>
      </w:r>
    </w:p>
    <w:p>
      <w:pPr>
        <w:pStyle w:val="ListBullet"/>
      </w:pPr>
      <w:r>
        <w:t>Meat, dairy or egg processing licenses for direct sales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Yield per acre or per head</w:t>
            </w:r>
          </w:p>
        </w:tc>
        <w:tc>
          <w:tcPr>
            <w:tcW w:type="dxa" w:w="3400"/>
          </w:tcPr>
          <w:p>
            <w:r>
              <w:t>Production efficiency compared with county averages.</w:t>
            </w:r>
          </w:p>
        </w:tc>
        <w:tc>
          <w:tcPr>
            <w:tcW w:type="dxa" w:w="3400"/>
          </w:tcPr>
          <w:p>
            <w:r>
              <w:t>[Target]</w:t>
            </w:r>
          </w:p>
        </w:tc>
      </w:tr>
      <w:tr>
        <w:tc>
          <w:tcPr>
            <w:tcW w:type="dxa" w:w="3400"/>
          </w:tcPr>
          <w:p>
            <w:r>
              <w:t>Cost of production per unit</w:t>
            </w:r>
          </w:p>
        </w:tc>
        <w:tc>
          <w:tcPr>
            <w:tcW w:type="dxa" w:w="3400"/>
          </w:tcPr>
          <w:p>
            <w:r>
              <w:t>Break-even price per bushel, pound or head.</w:t>
            </w:r>
          </w:p>
        </w:tc>
        <w:tc>
          <w:tcPr>
            <w:tcW w:type="dxa" w:w="3400"/>
          </w:tcPr>
          <w:p>
            <w:r>
              <w:t>[Target]</w:t>
            </w:r>
          </w:p>
        </w:tc>
      </w:tr>
      <w:tr>
        <w:tc>
          <w:tcPr>
            <w:tcW w:type="dxa" w:w="3400"/>
          </w:tcPr>
          <w:p>
            <w:r>
              <w:t>Working capital to gross revenue</w:t>
            </w:r>
          </w:p>
        </w:tc>
        <w:tc>
          <w:tcPr>
            <w:tcW w:type="dxa" w:w="3400"/>
          </w:tcPr>
          <w:p>
            <w:r>
              <w:t>A common lender test of farm liquidity.</w:t>
            </w:r>
          </w:p>
        </w:tc>
        <w:tc>
          <w:tcPr>
            <w:tcW w:type="dxa" w:w="3400"/>
          </w:tcPr>
          <w:p>
            <w:r>
              <w:t>[Target]</w:t>
            </w:r>
          </w:p>
        </w:tc>
      </w:tr>
      <w:tr>
        <w:tc>
          <w:tcPr>
            <w:tcW w:type="dxa" w:w="3400"/>
          </w:tcPr>
          <w:p>
            <w:r>
              <w:t>Debt to asset ratio</w:t>
            </w:r>
          </w:p>
        </w:tc>
        <w:tc>
          <w:tcPr>
            <w:tcW w:type="dxa" w:w="3400"/>
          </w:tcPr>
          <w:p>
            <w:r>
              <w:t>How leveraged the operation is.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Weather, drought and disease</w:t>
            </w:r>
          </w:p>
        </w:tc>
        <w:tc>
          <w:tcPr>
            <w:tcW w:type="dxa" w:w="5100"/>
          </w:tcPr>
          <w:p>
            <w:r>
              <w:t>[Your plan]</w:t>
            </w:r>
          </w:p>
        </w:tc>
      </w:tr>
      <w:tr>
        <w:tc>
          <w:tcPr>
            <w:tcW w:type="dxa" w:w="5100"/>
          </w:tcPr>
          <w:p>
            <w:r>
              <w:t>Commodity price swings</w:t>
            </w:r>
          </w:p>
        </w:tc>
        <w:tc>
          <w:tcPr>
            <w:tcW w:type="dxa" w:w="5100"/>
          </w:tcPr>
          <w:p>
            <w:r>
              <w:t>[Your plan]</w:t>
            </w:r>
          </w:p>
        </w:tc>
      </w:tr>
      <w:tr>
        <w:tc>
          <w:tcPr>
            <w:tcW w:type="dxa" w:w="5100"/>
          </w:tcPr>
          <w:p>
            <w:r>
              <w:t>Rising input costs</w:t>
            </w:r>
          </w:p>
        </w:tc>
        <w:tc>
          <w:tcPr>
            <w:tcW w:type="dxa" w:w="5100"/>
          </w:tcPr>
          <w:p>
            <w:r>
              <w:t>[Your plan]</w:t>
            </w:r>
          </w:p>
        </w:tc>
      </w:tr>
      <w:tr>
        <w:tc>
          <w:tcPr>
            <w:tcW w:type="dxa" w:w="5100"/>
          </w:tcPr>
          <w:p>
            <w:r>
              <w:t>Succession and labor availability</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Land lease or down payment</w:t>
            </w:r>
          </w:p>
        </w:tc>
        <w:tc>
          <w:tcPr>
            <w:tcW w:type="dxa" w:w="2550"/>
          </w:tcPr>
          <w:p>
            <w:r>
              <w:t>$20,000</w:t>
            </w:r>
          </w:p>
        </w:tc>
        <w:tc>
          <w:tcPr>
            <w:tcW w:type="dxa" w:w="2550"/>
          </w:tcPr>
          <w:p>
            <w:r>
              <w:t>$300,000</w:t>
            </w:r>
          </w:p>
        </w:tc>
        <w:tc>
          <w:tcPr>
            <w:tcW w:type="dxa" w:w="2550"/>
          </w:tcPr>
          <w:p>
            <w:r>
              <w:t>[$]</w:t>
            </w:r>
          </w:p>
        </w:tc>
      </w:tr>
      <w:tr>
        <w:tc>
          <w:tcPr>
            <w:tcW w:type="dxa" w:w="2550"/>
          </w:tcPr>
          <w:p>
            <w:r>
              <w:t>Equipment (used)</w:t>
            </w:r>
          </w:p>
        </w:tc>
        <w:tc>
          <w:tcPr>
            <w:tcW w:type="dxa" w:w="2550"/>
          </w:tcPr>
          <w:p>
            <w:r>
              <w:t>$30,000</w:t>
            </w:r>
          </w:p>
        </w:tc>
        <w:tc>
          <w:tcPr>
            <w:tcW w:type="dxa" w:w="2550"/>
          </w:tcPr>
          <w:p>
            <w:r>
              <w:t>$250,000</w:t>
            </w:r>
          </w:p>
        </w:tc>
        <w:tc>
          <w:tcPr>
            <w:tcW w:type="dxa" w:w="2550"/>
          </w:tcPr>
          <w:p>
            <w:r>
              <w:t>[$]</w:t>
            </w:r>
          </w:p>
        </w:tc>
      </w:tr>
      <w:tr>
        <w:tc>
          <w:tcPr>
            <w:tcW w:type="dxa" w:w="2550"/>
          </w:tcPr>
          <w:p>
            <w:r>
              <w:t>Seed, feed, fertilizer and inputs</w:t>
            </w:r>
          </w:p>
        </w:tc>
        <w:tc>
          <w:tcPr>
            <w:tcW w:type="dxa" w:w="2550"/>
          </w:tcPr>
          <w:p>
            <w:r>
              <w:t>$10,000</w:t>
            </w:r>
          </w:p>
        </w:tc>
        <w:tc>
          <w:tcPr>
            <w:tcW w:type="dxa" w:w="2550"/>
          </w:tcPr>
          <w:p>
            <w:r>
              <w:t>$80,000</w:t>
            </w:r>
          </w:p>
        </w:tc>
        <w:tc>
          <w:tcPr>
            <w:tcW w:type="dxa" w:w="2550"/>
          </w:tcPr>
          <w:p>
            <w:r>
              <w:t>[$]</w:t>
            </w:r>
          </w:p>
        </w:tc>
      </w:tr>
      <w:tr>
        <w:tc>
          <w:tcPr>
            <w:tcW w:type="dxa" w:w="2550"/>
          </w:tcPr>
          <w:p>
            <w:r>
              <w:t>Buildings, fencing and irrigation</w:t>
            </w:r>
          </w:p>
        </w:tc>
        <w:tc>
          <w:tcPr>
            <w:tcW w:type="dxa" w:w="2550"/>
          </w:tcPr>
          <w:p>
            <w:r>
              <w:t>$10,000</w:t>
            </w:r>
          </w:p>
        </w:tc>
        <w:tc>
          <w:tcPr>
            <w:tcW w:type="dxa" w:w="2550"/>
          </w:tcPr>
          <w:p>
            <w:r>
              <w:t>$100,000</w:t>
            </w:r>
          </w:p>
        </w:tc>
        <w:tc>
          <w:tcPr>
            <w:tcW w:type="dxa" w:w="2550"/>
          </w:tcPr>
          <w:p>
            <w:r>
              <w:t>[$]</w:t>
            </w:r>
          </w:p>
        </w:tc>
      </w:tr>
      <w:tr>
        <w:tc>
          <w:tcPr>
            <w:tcW w:type="dxa" w:w="2550"/>
          </w:tcPr>
          <w:p>
            <w:r>
              <w:t>Insurance including crop insurance</w:t>
            </w:r>
          </w:p>
        </w:tc>
        <w:tc>
          <w:tcPr>
            <w:tcW w:type="dxa" w:w="2550"/>
          </w:tcPr>
          <w:p>
            <w:r>
              <w:t>$2,000</w:t>
            </w:r>
          </w:p>
        </w:tc>
        <w:tc>
          <w:tcPr>
            <w:tcW w:type="dxa" w:w="2550"/>
          </w:tcPr>
          <w:p>
            <w:r>
              <w:t>$15,000</w:t>
            </w:r>
          </w:p>
        </w:tc>
        <w:tc>
          <w:tcPr>
            <w:tcW w:type="dxa" w:w="2550"/>
          </w:tcPr>
          <w:p>
            <w:r>
              <w:t>[$]</w:t>
            </w:r>
          </w:p>
        </w:tc>
      </w:tr>
      <w:tr>
        <w:tc>
          <w:tcPr>
            <w:tcW w:type="dxa" w:w="2550"/>
          </w:tcPr>
          <w:p>
            <w:r>
              <w:t>Operating line reserve</w:t>
            </w:r>
          </w:p>
        </w:tc>
        <w:tc>
          <w:tcPr>
            <w:tcW w:type="dxa" w:w="2550"/>
          </w:tcPr>
          <w:p>
            <w:r>
              <w:t>$15,000</w:t>
            </w:r>
          </w:p>
        </w:tc>
        <w:tc>
          <w:tcPr>
            <w:tcW w:type="dxa" w:w="2550"/>
          </w:tcPr>
          <w:p>
            <w:r>
              <w:t>$75,000</w:t>
            </w:r>
          </w:p>
        </w:tc>
        <w:tc>
          <w:tcPr>
            <w:tcW w:type="dxa" w:w="2550"/>
          </w:tcPr>
          <w:p>
            <w:r>
              <w:t>[$]</w:t>
            </w:r>
          </w:p>
        </w:tc>
      </w:tr>
      <w:tr>
        <w:tc>
          <w:tcPr>
            <w:tcW w:type="dxa" w:w="2550"/>
          </w:tcPr>
          <w:p>
            <w:r>
              <w:t>Total</w:t>
            </w:r>
          </w:p>
        </w:tc>
        <w:tc>
          <w:tcPr>
            <w:tcW w:type="dxa" w:w="2550"/>
          </w:tcPr>
          <w:p>
            <w:r>
              <w:t>$87,000</w:t>
            </w:r>
          </w:p>
        </w:tc>
        <w:tc>
          <w:tcPr>
            <w:tcW w:type="dxa" w:w="2550"/>
          </w:tcPr>
          <w:p>
            <w:r>
              <w:t>$820,000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$280,000</w:t>
            </w:r>
          </w:p>
        </w:tc>
        <w:tc>
          <w:tcPr>
            <w:tcW w:type="dxa" w:w="2550"/>
          </w:tcPr>
          <w:p>
            <w:r>
              <w:t>$350,000</w:t>
            </w:r>
          </w:p>
        </w:tc>
        <w:tc>
          <w:tcPr>
            <w:tcW w:type="dxa" w:w="2550"/>
          </w:tcPr>
          <w:p>
            <w:r>
              <w:t>$402,000</w:t>
            </w:r>
          </w:p>
        </w:tc>
      </w:tr>
      <w:tr>
        <w:tc>
          <w:tcPr>
            <w:tcW w:type="dxa" w:w="2550"/>
          </w:tcPr>
          <w:p>
            <w:r>
              <w:t>Cost of sales</w:t>
            </w:r>
          </w:p>
        </w:tc>
        <w:tc>
          <w:tcPr>
            <w:tcW w:type="dxa" w:w="2550"/>
          </w:tcPr>
          <w:p>
            <w:r>
              <w:t>$182,000</w:t>
            </w:r>
          </w:p>
        </w:tc>
        <w:tc>
          <w:tcPr>
            <w:tcW w:type="dxa" w:w="2550"/>
          </w:tcPr>
          <w:p>
            <w:r>
              <w:t>$227,500</w:t>
            </w:r>
          </w:p>
        </w:tc>
        <w:tc>
          <w:tcPr>
            <w:tcW w:type="dxa" w:w="2550"/>
          </w:tcPr>
          <w:p>
            <w:r>
              <w:t>$261,300</w:t>
            </w:r>
          </w:p>
        </w:tc>
      </w:tr>
      <w:tr>
        <w:tc>
          <w:tcPr>
            <w:tcW w:type="dxa" w:w="2550"/>
          </w:tcPr>
          <w:p>
            <w:r>
              <w:t>Gross profit</w:t>
            </w:r>
          </w:p>
        </w:tc>
        <w:tc>
          <w:tcPr>
            <w:tcW w:type="dxa" w:w="2550"/>
          </w:tcPr>
          <w:p>
            <w:r>
              <w:t>$98,000</w:t>
            </w:r>
          </w:p>
        </w:tc>
        <w:tc>
          <w:tcPr>
            <w:tcW w:type="dxa" w:w="2550"/>
          </w:tcPr>
          <w:p>
            <w:r>
              <w:t>$122,500</w:t>
            </w:r>
          </w:p>
        </w:tc>
        <w:tc>
          <w:tcPr>
            <w:tcW w:type="dxa" w:w="2550"/>
          </w:tcPr>
          <w:p>
            <w:r>
              <w:t>$140,700</w:t>
            </w:r>
          </w:p>
        </w:tc>
      </w:tr>
      <w:tr>
        <w:tc>
          <w:tcPr>
            <w:tcW w:type="dxa" w:w="2550"/>
          </w:tcPr>
          <w:p>
            <w:r>
              <w:t>Operating expenses</w:t>
            </w:r>
          </w:p>
        </w:tc>
        <w:tc>
          <w:tcPr>
            <w:tcW w:type="dxa" w:w="2550"/>
          </w:tcPr>
          <w:p>
            <w:r>
              <w:t>$93,100</w:t>
            </w:r>
          </w:p>
        </w:tc>
        <w:tc>
          <w:tcPr>
            <w:tcW w:type="dxa" w:w="2550"/>
          </w:tcPr>
          <w:p>
            <w:r>
              <w:t>$102,410</w:t>
            </w:r>
          </w:p>
        </w:tc>
        <w:tc>
          <w:tcPr>
            <w:tcW w:type="dxa" w:w="2550"/>
          </w:tcPr>
          <w:p>
            <w:r>
              <w:t>$110,603</w:t>
            </w:r>
          </w:p>
        </w:tc>
      </w:tr>
      <w:tr>
        <w:tc>
          <w:tcPr>
            <w:tcW w:type="dxa" w:w="2550"/>
          </w:tcPr>
          <w:p>
            <w:r>
              <w:t>Net income before tax</w:t>
            </w:r>
          </w:p>
        </w:tc>
        <w:tc>
          <w:tcPr>
            <w:tcW w:type="dxa" w:w="2550"/>
          </w:tcPr>
          <w:p>
            <w:r>
              <w:t>$4,900</w:t>
            </w:r>
          </w:p>
        </w:tc>
        <w:tc>
          <w:tcPr>
            <w:tcW w:type="dxa" w:w="2550"/>
          </w:tcPr>
          <w:p>
            <w:r>
              <w:t>$20,090</w:t>
            </w:r>
          </w:p>
        </w:tc>
        <w:tc>
          <w:tcPr>
            <w:tcW w:type="dxa" w:w="2550"/>
          </w:tcPr>
          <w:p>
            <w:r>
              <w:t>$30,097</w:t>
            </w:r>
          </w:p>
        </w:tc>
      </w:tr>
    </w:tbl>
    <w:p/>
    <w:p>
      <w:r>
        <w:rPr>
          <w:b w:val="0"/>
          <w:i/>
          <w:color w:val="6B7280"/>
          <w:sz w:val="18"/>
        </w:rPr>
        <w:t>Example assumptions: 35%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$454,000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Land lease or down payment</w:t>
            </w:r>
          </w:p>
        </w:tc>
        <w:tc>
          <w:tcPr>
            <w:tcW w:type="dxa" w:w="5100"/>
          </w:tcPr>
          <w:p>
            <w:r>
              <w:t>[$]</w:t>
            </w:r>
          </w:p>
        </w:tc>
      </w:tr>
      <w:tr>
        <w:tc>
          <w:tcPr>
            <w:tcW w:type="dxa" w:w="5100"/>
          </w:tcPr>
          <w:p>
            <w:r>
              <w:t>Equipment (used)</w:t>
            </w:r>
          </w:p>
        </w:tc>
        <w:tc>
          <w:tcPr>
            <w:tcW w:type="dxa" w:w="5100"/>
          </w:tcPr>
          <w:p>
            <w:r>
              <w:t>[$]</w:t>
            </w:r>
          </w:p>
        </w:tc>
      </w:tr>
      <w:tr>
        <w:tc>
          <w:tcPr>
            <w:tcW w:type="dxa" w:w="5100"/>
          </w:tcPr>
          <w:p>
            <w:r>
              <w:t>Seed, feed, fertilizer and inputs</w:t>
            </w:r>
          </w:p>
        </w:tc>
        <w:tc>
          <w:tcPr>
            <w:tcW w:type="dxa" w:w="5100"/>
          </w:tcPr>
          <w:p>
            <w:r>
              <w:t>[$]</w:t>
            </w:r>
          </w:p>
        </w:tc>
      </w:tr>
      <w:tr>
        <w:tc>
          <w:tcPr>
            <w:tcW w:type="dxa" w:w="5100"/>
          </w:tcPr>
          <w:p>
            <w:r>
              <w:t>Buildings, fencing and irrigation</w:t>
            </w:r>
          </w:p>
        </w:tc>
        <w:tc>
          <w:tcPr>
            <w:tcW w:type="dxa" w:w="5100"/>
          </w:tcPr>
          <w:p>
            <w:r>
              <w:t>[$]</w:t>
            </w:r>
          </w:p>
        </w:tc>
      </w:tr>
      <w:tr>
        <w:tc>
          <w:tcPr>
            <w:tcW w:type="dxa" w:w="5100"/>
          </w:tcPr>
          <w:p>
            <w:r>
              <w:t>Insurance including crop insurance</w:t>
            </w:r>
          </w:p>
        </w:tc>
        <w:tc>
          <w:tcPr>
            <w:tcW w:type="dxa" w:w="5100"/>
          </w:tcPr>
          <w:p>
            <w:r>
              <w:t>[$]</w:t>
            </w:r>
          </w:p>
        </w:tc>
      </w:tr>
      <w:tr>
        <w:tc>
          <w:tcPr>
            <w:tcW w:type="dxa" w:w="5100"/>
          </w:tcPr>
          <w:p>
            <w:r>
              <w:t>Operating line reserve</w:t>
            </w:r>
          </w:p>
        </w:tc>
        <w:tc>
          <w:tcPr>
            <w:tcW w:type="dxa" w:w="5100"/>
          </w:tcPr>
          <w:p>
            <w:r>
              <w:t>[$]</w:t>
            </w:r>
          </w:p>
        </w:tc>
      </w:tr>
    </w:tbl>
    <w:p/>
    <w:p>
      <w:pPr>
        <w:pStyle w:val="Heading1"/>
      </w:pPr>
      <w:r>
        <w:t>Appendix</w:t>
      </w:r>
    </w:p>
    <w:p>
      <w:r>
        <w:rPr>
          <w:b/>
          <w:i w:val="0"/>
        </w:rPr>
        <w:t>Writing tips for a farm and agriculture plan:</w:t>
      </w:r>
    </w:p>
    <w:p>
      <w:pPr>
        <w:pStyle w:val="ListBullet"/>
      </w:pPr>
      <w:r>
        <w:t>Write a mission and vision the whole family agrees on.</w:t>
      </w:r>
    </w:p>
    <w:p>
      <w:pPr>
        <w:pStyle w:val="ListBullet"/>
      </w:pPr>
      <w:r>
        <w:t>Build an enterprise budget for each crop or livestock line.</w:t>
      </w:r>
    </w:p>
    <w:p>
      <w:pPr>
        <w:pStyle w:val="ListBullet"/>
      </w:pPr>
      <w:r>
        <w:t>Include a succession section, even if it is short.</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