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Landscaping and Lawn Care Business Plan</w:t>
      </w:r>
    </w:p>
    <w:p>
      <w:r>
        <w:rPr>
          <w:b w:val="0"/>
          <w:i w:val="0"/>
          <w:color w:val="6B7280"/>
          <w:sz w:val="28"/>
        </w:rPr>
        <w:t>Sample plan for GreenEdge Lawn &amp; Landscape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GreenEdge Lawn &amp; Landscape is a new landscaping and lawn care business based in [City, State]. We will serve homeowners wanting weekly mowing and hoas and property managers, offering weekly lawn maintenance, landscape design and installation and hardscaping such as patios and walls. Our goal is to become the go-to choice for [your target customer] in [your area] by [your key difference, such as quality, speed, price or specialty].</w:t>
      </w:r>
    </w:p>
    <w:p>
      <w:r>
        <w:rPr>
          <w:b w:val="0"/>
          <w:i w:val="0"/>
        </w:rPr>
        <w:t>We project first-year revenue of about $180,000, growing to $259,000 by year three. Startup costs are estimated between $32,000 and $117,000. We are seeking $74,000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Landscaping companies win on route density and recurring contracts. Your plan should show how many weekly maintenance accounts you need to cover crew costs, how you will fill the off-season with snow removal or hardscape work, and how equipment purchases are timed with growth.</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[GreenEdge Lawn &amp; Landscape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Weekly lawn maintenance</w:t>
            </w:r>
          </w:p>
        </w:tc>
        <w:tc>
          <w:tcPr>
            <w:tcW w:type="dxa" w:w="2550"/>
          </w:tcPr>
          <w:p>
            <w:r>
              <w:t>[Describe]</w:t>
            </w:r>
          </w:p>
        </w:tc>
        <w:tc>
          <w:tcPr>
            <w:tcW w:type="dxa" w:w="2550"/>
          </w:tcPr>
          <w:p>
            <w:r>
              <w:t>[$]</w:t>
            </w:r>
          </w:p>
        </w:tc>
        <w:tc>
          <w:tcPr>
            <w:tcW w:type="dxa" w:w="2550"/>
          </w:tcPr>
          <w:p>
            <w:r>
              <w:t>[$]</w:t>
            </w:r>
          </w:p>
        </w:tc>
      </w:tr>
      <w:tr>
        <w:tc>
          <w:tcPr>
            <w:tcW w:type="dxa" w:w="2550"/>
          </w:tcPr>
          <w:p>
            <w:r>
              <w:t>Landscape design and installation</w:t>
            </w:r>
          </w:p>
        </w:tc>
        <w:tc>
          <w:tcPr>
            <w:tcW w:type="dxa" w:w="2550"/>
          </w:tcPr>
          <w:p>
            <w:r>
              <w:t>[Describe]</w:t>
            </w:r>
          </w:p>
        </w:tc>
        <w:tc>
          <w:tcPr>
            <w:tcW w:type="dxa" w:w="2550"/>
          </w:tcPr>
          <w:p>
            <w:r>
              <w:t>[$]</w:t>
            </w:r>
          </w:p>
        </w:tc>
        <w:tc>
          <w:tcPr>
            <w:tcW w:type="dxa" w:w="2550"/>
          </w:tcPr>
          <w:p>
            <w:r>
              <w:t>[$]</w:t>
            </w:r>
          </w:p>
        </w:tc>
      </w:tr>
      <w:tr>
        <w:tc>
          <w:tcPr>
            <w:tcW w:type="dxa" w:w="2550"/>
          </w:tcPr>
          <w:p>
            <w:r>
              <w:t>Hardscaping such as patios and walls</w:t>
            </w:r>
          </w:p>
        </w:tc>
        <w:tc>
          <w:tcPr>
            <w:tcW w:type="dxa" w:w="2550"/>
          </w:tcPr>
          <w:p>
            <w:r>
              <w:t>[Describe]</w:t>
            </w:r>
          </w:p>
        </w:tc>
        <w:tc>
          <w:tcPr>
            <w:tcW w:type="dxa" w:w="2550"/>
          </w:tcPr>
          <w:p>
            <w:r>
              <w:t>[$]</w:t>
            </w:r>
          </w:p>
        </w:tc>
        <w:tc>
          <w:tcPr>
            <w:tcW w:type="dxa" w:w="2550"/>
          </w:tcPr>
          <w:p>
            <w:r>
              <w:t>[$]</w:t>
            </w:r>
          </w:p>
        </w:tc>
      </w:tr>
      <w:tr>
        <w:tc>
          <w:tcPr>
            <w:tcW w:type="dxa" w:w="2550"/>
          </w:tcPr>
          <w:p>
            <w:r>
              <w:t>Seasonal cleanups and mulching</w:t>
            </w:r>
          </w:p>
        </w:tc>
        <w:tc>
          <w:tcPr>
            <w:tcW w:type="dxa" w:w="2550"/>
          </w:tcPr>
          <w:p>
            <w:r>
              <w:t>[Describe]</w:t>
            </w:r>
          </w:p>
        </w:tc>
        <w:tc>
          <w:tcPr>
            <w:tcW w:type="dxa" w:w="2550"/>
          </w:tcPr>
          <w:p>
            <w:r>
              <w:t>[$]</w:t>
            </w:r>
          </w:p>
        </w:tc>
        <w:tc>
          <w:tcPr>
            <w:tcW w:type="dxa" w:w="2550"/>
          </w:tcPr>
          <w:p>
            <w:r>
              <w:t>[$]</w:t>
            </w:r>
          </w:p>
        </w:tc>
      </w:tr>
      <w:tr>
        <w:tc>
          <w:tcPr>
            <w:tcW w:type="dxa" w:w="2550"/>
          </w:tcPr>
          <w:p>
            <w:r>
              <w:t>Snow removal in winter</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Recurring maintenance contracts</w:t>
      </w:r>
    </w:p>
    <w:p>
      <w:pPr>
        <w:pStyle w:val="ListBullet"/>
      </w:pPr>
      <w:r>
        <w:t>Installation and hardscape projects</w:t>
      </w:r>
    </w:p>
    <w:p>
      <w:pPr>
        <w:pStyle w:val="ListBullet"/>
      </w:pPr>
      <w:r>
        <w:t>Seasonal services</w:t>
      </w:r>
    </w:p>
    <w:p>
      <w:pPr>
        <w:pStyle w:val="Heading1"/>
      </w:pPr>
      <w:r>
        <w:t>4. Market Analysis</w:t>
      </w:r>
    </w:p>
    <w:p>
      <w:r>
        <w:rPr>
          <w:b/>
          <w:i w:val="0"/>
        </w:rPr>
        <w:t>Target customers:</w:t>
      </w:r>
    </w:p>
    <w:p>
      <w:pPr>
        <w:pStyle w:val="ListBullet"/>
      </w:pPr>
      <w:r>
        <w:t>Homeowners wanting weekly mowing</w:t>
      </w:r>
    </w:p>
    <w:p>
      <w:pPr>
        <w:pStyle w:val="ListBullet"/>
      </w:pPr>
      <w:r>
        <w:t>HOAs and property managers</w:t>
      </w:r>
    </w:p>
    <w:p>
      <w:pPr>
        <w:pStyle w:val="ListBullet"/>
      </w:pPr>
      <w:r>
        <w:t>Commercial properties and offices</w:t>
      </w:r>
    </w:p>
    <w:p>
      <w:pPr>
        <w:pStyle w:val="ListBullet"/>
      </w:pPr>
      <w:r>
        <w:t>New home builders needing installs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Door hangers in target neighborhoods</w:t>
      </w:r>
    </w:p>
    <w:p>
      <w:pPr>
        <w:pStyle w:val="ListBullet"/>
      </w:pPr>
      <w:r>
        <w:t>Google Business Profile and reviews</w:t>
      </w:r>
    </w:p>
    <w:p>
      <w:pPr>
        <w:pStyle w:val="ListBullet"/>
      </w:pPr>
      <w:r>
        <w:t>Referral discounts</w:t>
      </w:r>
    </w:p>
    <w:p>
      <w:pPr>
        <w:pStyle w:val="ListBullet"/>
      </w:pPr>
      <w:r>
        <w:t>Bids for HOA and commercial contracts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Door ...</w:t>
            </w:r>
          </w:p>
        </w:tc>
        <w:tc>
          <w:tcPr>
            <w:tcW w:type="dxa" w:w="3400"/>
          </w:tcPr>
          <w:p>
            <w:r>
              <w:t>[$]</w:t>
            </w:r>
          </w:p>
        </w:tc>
        <w:tc>
          <w:tcPr>
            <w:tcW w:type="dxa" w:w="3400"/>
          </w:tcPr>
          <w:p>
            <w:r>
              <w:t>[#]</w:t>
            </w:r>
          </w:p>
        </w:tc>
      </w:tr>
      <w:tr>
        <w:tc>
          <w:tcPr>
            <w:tcW w:type="dxa" w:w="3400"/>
          </w:tcPr>
          <w:p>
            <w:r>
              <w:t>Google ...</w:t>
            </w:r>
          </w:p>
        </w:tc>
        <w:tc>
          <w:tcPr>
            <w:tcW w:type="dxa" w:w="3400"/>
          </w:tcPr>
          <w:p>
            <w:r>
              <w:t>[$]</w:t>
            </w:r>
          </w:p>
        </w:tc>
        <w:tc>
          <w:tcPr>
            <w:tcW w:type="dxa" w:w="3400"/>
          </w:tcPr>
          <w:p>
            <w:r>
              <w:t>[#]</w:t>
            </w:r>
          </w:p>
        </w:tc>
      </w:tr>
      <w:tr>
        <w:tc>
          <w:tcPr>
            <w:tcW w:type="dxa" w:w="3400"/>
          </w:tcPr>
          <w:p>
            <w:r>
              <w:t>Referral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General liability and commercial auto insurance  [ ] obtained</w:t>
      </w:r>
    </w:p>
    <w:p>
      <w:pPr>
        <w:pStyle w:val="ListBullet"/>
      </w:pPr>
      <w:r>
        <w:t>Pesticide applicator license if applying chemicals  [ ] obtained</w:t>
      </w:r>
    </w:p>
    <w:p>
      <w:pPr>
        <w:pStyle w:val="ListBullet"/>
      </w:pPr>
      <w:r>
        <w:t>Contractor license for larger hardscape work in some states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Revenue per crew hour</w:t>
            </w:r>
          </w:p>
        </w:tc>
        <w:tc>
          <w:tcPr>
            <w:tcW w:type="dxa" w:w="3400"/>
          </w:tcPr>
          <w:p>
            <w:r>
              <w:t>The most useful measure of pricing and efficiency.</w:t>
            </w:r>
          </w:p>
        </w:tc>
        <w:tc>
          <w:tcPr>
            <w:tcW w:type="dxa" w:w="3400"/>
          </w:tcPr>
          <w:p>
            <w:r>
              <w:t>[Target]</w:t>
            </w:r>
          </w:p>
        </w:tc>
      </w:tr>
      <w:tr>
        <w:tc>
          <w:tcPr>
            <w:tcW w:type="dxa" w:w="3400"/>
          </w:tcPr>
          <w:p>
            <w:r>
              <w:t>Route density</w:t>
            </w:r>
          </w:p>
        </w:tc>
        <w:tc>
          <w:tcPr>
            <w:tcW w:type="dxa" w:w="3400"/>
          </w:tcPr>
          <w:p>
            <w:r>
              <w:t>Stops per day and drive time between them.</w:t>
            </w:r>
          </w:p>
        </w:tc>
        <w:tc>
          <w:tcPr>
            <w:tcW w:type="dxa" w:w="3400"/>
          </w:tcPr>
          <w:p>
            <w:r>
              <w:t>[Target]</w:t>
            </w:r>
          </w:p>
        </w:tc>
      </w:tr>
      <w:tr>
        <w:tc>
          <w:tcPr>
            <w:tcW w:type="dxa" w:w="3400"/>
          </w:tcPr>
          <w:p>
            <w:r>
              <w:t>Contract retention rate</w:t>
            </w:r>
          </w:p>
        </w:tc>
        <w:tc>
          <w:tcPr>
            <w:tcW w:type="dxa" w:w="3400"/>
          </w:tcPr>
          <w:p>
            <w:r>
              <w:t>Share of accounts renewing each season.</w:t>
            </w:r>
          </w:p>
        </w:tc>
        <w:tc>
          <w:tcPr>
            <w:tcW w:type="dxa" w:w="3400"/>
          </w:tcPr>
          <w:p>
            <w:r>
              <w:t>[Target]</w:t>
            </w:r>
          </w:p>
        </w:tc>
      </w:tr>
      <w:tr>
        <w:tc>
          <w:tcPr>
            <w:tcW w:type="dxa" w:w="3400"/>
          </w:tcPr>
          <w:p>
            <w:r>
              <w:t>Equipment cost per hour</w:t>
            </w:r>
          </w:p>
        </w:tc>
        <w:tc>
          <w:tcPr>
            <w:tcW w:type="dxa" w:w="3400"/>
          </w:tcPr>
          <w:p>
            <w:r>
              <w:t>Helps decide when to replace or add machines.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Seasonality and weather</w:t>
            </w:r>
          </w:p>
        </w:tc>
        <w:tc>
          <w:tcPr>
            <w:tcW w:type="dxa" w:w="5100"/>
          </w:tcPr>
          <w:p>
            <w:r>
              <w:t>[Your plan]</w:t>
            </w:r>
          </w:p>
        </w:tc>
      </w:tr>
      <w:tr>
        <w:tc>
          <w:tcPr>
            <w:tcW w:type="dxa" w:w="5100"/>
          </w:tcPr>
          <w:p>
            <w:r>
              <w:t>Low-price competitors</w:t>
            </w:r>
          </w:p>
        </w:tc>
        <w:tc>
          <w:tcPr>
            <w:tcW w:type="dxa" w:w="5100"/>
          </w:tcPr>
          <w:p>
            <w:r>
              <w:t>[Your plan]</w:t>
            </w:r>
          </w:p>
        </w:tc>
      </w:tr>
      <w:tr>
        <w:tc>
          <w:tcPr>
            <w:tcW w:type="dxa" w:w="5100"/>
          </w:tcPr>
          <w:p>
            <w:r>
              <w:t>Labor availability in peak season</w:t>
            </w:r>
          </w:p>
        </w:tc>
        <w:tc>
          <w:tcPr>
            <w:tcW w:type="dxa" w:w="5100"/>
          </w:tcPr>
          <w:p>
            <w:r>
              <w:t>[Your plan]</w:t>
            </w:r>
          </w:p>
        </w:tc>
      </w:tr>
      <w:tr>
        <w:tc>
          <w:tcPr>
            <w:tcW w:type="dxa" w:w="5100"/>
          </w:tcPr>
          <w:p>
            <w:r>
              <w:t>Equipment repairs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Truck and trailer</w:t>
            </w:r>
          </w:p>
        </w:tc>
        <w:tc>
          <w:tcPr>
            <w:tcW w:type="dxa" w:w="2550"/>
          </w:tcPr>
          <w:p>
            <w:r>
              <w:t>$15,000</w:t>
            </w:r>
          </w:p>
        </w:tc>
        <w:tc>
          <w:tcPr>
            <w:tcW w:type="dxa" w:w="2550"/>
          </w:tcPr>
          <w:p>
            <w:r>
              <w:t>$60,000</w:t>
            </w:r>
          </w:p>
        </w:tc>
        <w:tc>
          <w:tcPr>
            <w:tcW w:type="dxa" w:w="2550"/>
          </w:tcPr>
          <w:p>
            <w:r>
              <w:t>[$]</w:t>
            </w:r>
          </w:p>
        </w:tc>
      </w:tr>
      <w:tr>
        <w:tc>
          <w:tcPr>
            <w:tcW w:type="dxa" w:w="2550"/>
          </w:tcPr>
          <w:p>
            <w:r>
              <w:t>Mowers and power equipment</w:t>
            </w:r>
          </w:p>
        </w:tc>
        <w:tc>
          <w:tcPr>
            <w:tcW w:type="dxa" w:w="2550"/>
          </w:tcPr>
          <w:p>
            <w:r>
              <w:t>$8,000</w:t>
            </w:r>
          </w:p>
        </w:tc>
        <w:tc>
          <w:tcPr>
            <w:tcW w:type="dxa" w:w="2550"/>
          </w:tcPr>
          <w:p>
            <w:r>
              <w:t>$30,000</w:t>
            </w:r>
          </w:p>
        </w:tc>
        <w:tc>
          <w:tcPr>
            <w:tcW w:type="dxa" w:w="2550"/>
          </w:tcPr>
          <w:p>
            <w:r>
              <w:t>[$]</w:t>
            </w:r>
          </w:p>
        </w:tc>
      </w:tr>
      <w:tr>
        <w:tc>
          <w:tcPr>
            <w:tcW w:type="dxa" w:w="2550"/>
          </w:tcPr>
          <w:p>
            <w:r>
              <w:t>Hand tools and safety gear</w:t>
            </w:r>
          </w:p>
        </w:tc>
        <w:tc>
          <w:tcPr>
            <w:tcW w:type="dxa" w:w="2550"/>
          </w:tcPr>
          <w:p>
            <w:r>
              <w:t>$1,000</w:t>
            </w:r>
          </w:p>
        </w:tc>
        <w:tc>
          <w:tcPr>
            <w:tcW w:type="dxa" w:w="2550"/>
          </w:tcPr>
          <w:p>
            <w:r>
              <w:t>$3,000</w:t>
            </w:r>
          </w:p>
        </w:tc>
        <w:tc>
          <w:tcPr>
            <w:tcW w:type="dxa" w:w="2550"/>
          </w:tcPr>
          <w:p>
            <w:r>
              <w:t>[$]</w:t>
            </w:r>
          </w:p>
        </w:tc>
      </w:tr>
      <w:tr>
        <w:tc>
          <w:tcPr>
            <w:tcW w:type="dxa" w:w="2550"/>
          </w:tcPr>
          <w:p>
            <w:r>
              <w:t>Business license and insurance</w:t>
            </w:r>
          </w:p>
        </w:tc>
        <w:tc>
          <w:tcPr>
            <w:tcW w:type="dxa" w:w="2550"/>
          </w:tcPr>
          <w:p>
            <w:r>
              <w:t>$2,000</w:t>
            </w:r>
          </w:p>
        </w:tc>
        <w:tc>
          <w:tcPr>
            <w:tcW w:type="dxa" w:w="2550"/>
          </w:tcPr>
          <w:p>
            <w:r>
              <w:t>$5,000</w:t>
            </w:r>
          </w:p>
        </w:tc>
        <w:tc>
          <w:tcPr>
            <w:tcW w:type="dxa" w:w="2550"/>
          </w:tcPr>
          <w:p>
            <w:r>
              <w:t>[$]</w:t>
            </w:r>
          </w:p>
        </w:tc>
      </w:tr>
      <w:tr>
        <w:tc>
          <w:tcPr>
            <w:tcW w:type="dxa" w:w="2550"/>
          </w:tcPr>
          <w:p>
            <w:r>
              <w:t>Marketing and website</w:t>
            </w:r>
          </w:p>
        </w:tc>
        <w:tc>
          <w:tcPr>
            <w:tcW w:type="dxa" w:w="2550"/>
          </w:tcPr>
          <w:p>
            <w:r>
              <w:t>$1,000</w:t>
            </w:r>
          </w:p>
        </w:tc>
        <w:tc>
          <w:tcPr>
            <w:tcW w:type="dxa" w:w="2550"/>
          </w:tcPr>
          <w:p>
            <w:r>
              <w:t>$4,000</w:t>
            </w:r>
          </w:p>
        </w:tc>
        <w:tc>
          <w:tcPr>
            <w:tcW w:type="dxa" w:w="2550"/>
          </w:tcPr>
          <w:p>
            <w:r>
              <w:t>[$]</w:t>
            </w:r>
          </w:p>
        </w:tc>
      </w:tr>
      <w:tr>
        <w:tc>
          <w:tcPr>
            <w:tcW w:type="dxa" w:w="2550"/>
          </w:tcPr>
          <w:p>
            <w:r>
              <w:t>Working capital reserve</w:t>
            </w:r>
          </w:p>
        </w:tc>
        <w:tc>
          <w:tcPr>
            <w:tcW w:type="dxa" w:w="2550"/>
          </w:tcPr>
          <w:p>
            <w:r>
              <w:t>$5,000</w:t>
            </w:r>
          </w:p>
        </w:tc>
        <w:tc>
          <w:tcPr>
            <w:tcW w:type="dxa" w:w="2550"/>
          </w:tcPr>
          <w:p>
            <w:r>
              <w:t>$15,000</w:t>
            </w:r>
          </w:p>
        </w:tc>
        <w:tc>
          <w:tcPr>
            <w:tcW w:type="dxa" w:w="2550"/>
          </w:tcPr>
          <w:p>
            <w:r>
              <w:t>[$]</w:t>
            </w:r>
          </w:p>
        </w:tc>
      </w:tr>
      <w:tr>
        <w:tc>
          <w:tcPr>
            <w:tcW w:type="dxa" w:w="2550"/>
          </w:tcPr>
          <w:p>
            <w:r>
              <w:t>Total</w:t>
            </w:r>
          </w:p>
        </w:tc>
        <w:tc>
          <w:tcPr>
            <w:tcW w:type="dxa" w:w="2550"/>
          </w:tcPr>
          <w:p>
            <w:r>
              <w:t>$32,000</w:t>
            </w:r>
          </w:p>
        </w:tc>
        <w:tc>
          <w:tcPr>
            <w:tcW w:type="dxa" w:w="2550"/>
          </w:tcPr>
          <w:p>
            <w:r>
              <w:t>$117,000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$180,000</w:t>
            </w:r>
          </w:p>
        </w:tc>
        <w:tc>
          <w:tcPr>
            <w:tcW w:type="dxa" w:w="2550"/>
          </w:tcPr>
          <w:p>
            <w:r>
              <w:t>$225,000</w:t>
            </w:r>
          </w:p>
        </w:tc>
        <w:tc>
          <w:tcPr>
            <w:tcW w:type="dxa" w:w="2550"/>
          </w:tcPr>
          <w:p>
            <w:r>
              <w:t>$259,000</w:t>
            </w:r>
          </w:p>
        </w:tc>
      </w:tr>
      <w:tr>
        <w:tc>
          <w:tcPr>
            <w:tcW w:type="dxa" w:w="2550"/>
          </w:tcPr>
          <w:p>
            <w:r>
              <w:t>Cost of sales</w:t>
            </w:r>
          </w:p>
        </w:tc>
        <w:tc>
          <w:tcPr>
            <w:tcW w:type="dxa" w:w="2550"/>
          </w:tcPr>
          <w:p>
            <w:r>
              <w:t>$90,000</w:t>
            </w:r>
          </w:p>
        </w:tc>
        <w:tc>
          <w:tcPr>
            <w:tcW w:type="dxa" w:w="2550"/>
          </w:tcPr>
          <w:p>
            <w:r>
              <w:t>$112,500</w:t>
            </w:r>
          </w:p>
        </w:tc>
        <w:tc>
          <w:tcPr>
            <w:tcW w:type="dxa" w:w="2550"/>
          </w:tcPr>
          <w:p>
            <w:r>
              <w:t>$129,500</w:t>
            </w:r>
          </w:p>
        </w:tc>
      </w:tr>
      <w:tr>
        <w:tc>
          <w:tcPr>
            <w:tcW w:type="dxa" w:w="2550"/>
          </w:tcPr>
          <w:p>
            <w:r>
              <w:t>Gross profit</w:t>
            </w:r>
          </w:p>
        </w:tc>
        <w:tc>
          <w:tcPr>
            <w:tcW w:type="dxa" w:w="2550"/>
          </w:tcPr>
          <w:p>
            <w:r>
              <w:t>$90,000</w:t>
            </w:r>
          </w:p>
        </w:tc>
        <w:tc>
          <w:tcPr>
            <w:tcW w:type="dxa" w:w="2550"/>
          </w:tcPr>
          <w:p>
            <w:r>
              <w:t>$112,500</w:t>
            </w:r>
          </w:p>
        </w:tc>
        <w:tc>
          <w:tcPr>
            <w:tcW w:type="dxa" w:w="2550"/>
          </w:tcPr>
          <w:p>
            <w:r>
              <w:t>$129,500</w:t>
            </w:r>
          </w:p>
        </w:tc>
      </w:tr>
      <w:tr>
        <w:tc>
          <w:tcPr>
            <w:tcW w:type="dxa" w:w="2550"/>
          </w:tcPr>
          <w:p>
            <w:r>
              <w:t>Operating expenses</w:t>
            </w:r>
          </w:p>
        </w:tc>
        <w:tc>
          <w:tcPr>
            <w:tcW w:type="dxa" w:w="2550"/>
          </w:tcPr>
          <w:p>
            <w:r>
              <w:t>$85,500</w:t>
            </w:r>
          </w:p>
        </w:tc>
        <w:tc>
          <w:tcPr>
            <w:tcW w:type="dxa" w:w="2550"/>
          </w:tcPr>
          <w:p>
            <w:r>
              <w:t>$94,050</w:t>
            </w:r>
          </w:p>
        </w:tc>
        <w:tc>
          <w:tcPr>
            <w:tcW w:type="dxa" w:w="2550"/>
          </w:tcPr>
          <w:p>
            <w:r>
              <w:t>$101,574</w:t>
            </w:r>
          </w:p>
        </w:tc>
      </w:tr>
      <w:tr>
        <w:tc>
          <w:tcPr>
            <w:tcW w:type="dxa" w:w="2550"/>
          </w:tcPr>
          <w:p>
            <w:r>
              <w:t>Net income before tax</w:t>
            </w:r>
          </w:p>
        </w:tc>
        <w:tc>
          <w:tcPr>
            <w:tcW w:type="dxa" w:w="2550"/>
          </w:tcPr>
          <w:p>
            <w:r>
              <w:t>$4,500</w:t>
            </w:r>
          </w:p>
        </w:tc>
        <w:tc>
          <w:tcPr>
            <w:tcW w:type="dxa" w:w="2550"/>
          </w:tcPr>
          <w:p>
            <w:r>
              <w:t>$18,450</w:t>
            </w:r>
          </w:p>
        </w:tc>
        <w:tc>
          <w:tcPr>
            <w:tcW w:type="dxa" w:w="2550"/>
          </w:tcPr>
          <w:p>
            <w:r>
              <w:t>$27,926</w:t>
            </w:r>
          </w:p>
        </w:tc>
      </w:tr>
    </w:tbl>
    <w:p/>
    <w:p>
      <w:r>
        <w:rPr>
          <w:b w:val="0"/>
          <w:i/>
          <w:color w:val="6B7280"/>
          <w:sz w:val="18"/>
        </w:rPr>
        <w:t>Example assumptions: 50%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$74,000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Truck and trailer</w:t>
            </w:r>
          </w:p>
        </w:tc>
        <w:tc>
          <w:tcPr>
            <w:tcW w:type="dxa" w:w="5100"/>
          </w:tcPr>
          <w:p>
            <w:r>
              <w:t>[$]</w:t>
            </w:r>
          </w:p>
        </w:tc>
      </w:tr>
      <w:tr>
        <w:tc>
          <w:tcPr>
            <w:tcW w:type="dxa" w:w="5100"/>
          </w:tcPr>
          <w:p>
            <w:r>
              <w:t>Mowers and power equipment</w:t>
            </w:r>
          </w:p>
        </w:tc>
        <w:tc>
          <w:tcPr>
            <w:tcW w:type="dxa" w:w="5100"/>
          </w:tcPr>
          <w:p>
            <w:r>
              <w:t>[$]</w:t>
            </w:r>
          </w:p>
        </w:tc>
      </w:tr>
      <w:tr>
        <w:tc>
          <w:tcPr>
            <w:tcW w:type="dxa" w:w="5100"/>
          </w:tcPr>
          <w:p>
            <w:r>
              <w:t>Hand tools and safety gear</w:t>
            </w:r>
          </w:p>
        </w:tc>
        <w:tc>
          <w:tcPr>
            <w:tcW w:type="dxa" w:w="5100"/>
          </w:tcPr>
          <w:p>
            <w:r>
              <w:t>[$]</w:t>
            </w:r>
          </w:p>
        </w:tc>
      </w:tr>
      <w:tr>
        <w:tc>
          <w:tcPr>
            <w:tcW w:type="dxa" w:w="5100"/>
          </w:tcPr>
          <w:p>
            <w:r>
              <w:t>Business license and insurance</w:t>
            </w:r>
          </w:p>
        </w:tc>
        <w:tc>
          <w:tcPr>
            <w:tcW w:type="dxa" w:w="5100"/>
          </w:tcPr>
          <w:p>
            <w:r>
              <w:t>[$]</w:t>
            </w:r>
          </w:p>
        </w:tc>
      </w:tr>
      <w:tr>
        <w:tc>
          <w:tcPr>
            <w:tcW w:type="dxa" w:w="5100"/>
          </w:tcPr>
          <w:p>
            <w:r>
              <w:t>Marketing and website</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landscaping and lawn care plan:</w:t>
      </w:r>
    </w:p>
    <w:p>
      <w:pPr>
        <w:pStyle w:val="ListBullet"/>
      </w:pPr>
      <w:r>
        <w:t>Show the number of accounts each crew can serve.</w:t>
      </w:r>
    </w:p>
    <w:p>
      <w:pPr>
        <w:pStyle w:val="ListBullet"/>
      </w:pPr>
      <w:r>
        <w:t>Explain your plan for winter revenue.</w:t>
      </w:r>
    </w:p>
    <w:p>
      <w:pPr>
        <w:pStyle w:val="ListBullet"/>
      </w:pPr>
      <w:r>
        <w:t>Include an equipment replacement schedule.</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