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>
      <w:pPr>
        <w:pStyle w:val="Title"/>
      </w:pPr>
      <w:r>
        <w:t>Mobile App Business Plan</w:t>
      </w:r>
    </w:p>
    <w:p>
      <w:r>
        <w:rPr>
          <w:b w:val="0"/>
          <w:i w:val="0"/>
          <w:color w:val="6B7280"/>
          <w:sz w:val="28"/>
        </w:rPr>
        <w:t>Sample plan for Pocketfit App LLC (fictional example)</w:t>
      </w:r>
    </w:p>
    <w:p/>
    <w:p>
      <w:r>
        <w:rPr>
          <w:b w:val="0"/>
          <w:i w:val="0"/>
          <w:sz w:val="24"/>
        </w:rPr>
        <w:t>Prepared by: [Owner name]</w:t>
      </w:r>
    </w:p>
    <w:p>
      <w:r>
        <w:rPr>
          <w:b w:val="0"/>
          <w:i w:val="0"/>
          <w:sz w:val="24"/>
        </w:rPr>
        <w:t>[Business address]</w:t>
      </w:r>
    </w:p>
    <w:p>
      <w:r>
        <w:rPr>
          <w:b w:val="0"/>
          <w:i w:val="0"/>
          <w:sz w:val="24"/>
        </w:rPr>
        <w:t>[Phone]  |  [Email]  |  [Website]</w:t>
      </w:r>
    </w:p>
    <w:p>
      <w:r>
        <w:rPr>
          <w:b w:val="0"/>
          <w:i w:val="0"/>
          <w:sz w:val="24"/>
        </w:rPr>
        <w:t>Date: [Month, Year]</w:t>
      </w:r>
    </w:p>
    <w:p/>
    <w:p>
      <w:r>
        <w:rPr>
          <w:b w:val="0"/>
          <w:i/>
          <w:color w:val="6B7280"/>
          <w:sz w:val="19"/>
        </w:rPr>
        <w:t>How to use this sample: the business name, figures and descriptions are a fictional example to show what a finished plan looks like. Replace everything in [brackets] and every example number with your own research before you share it. Cost ranges are rough planning figures and vary widely by location.</w:t>
      </w:r>
    </w:p>
    <w:p>
      <w:r>
        <w:br w:type="page"/>
      </w:r>
    </w:p>
    <w:p>
      <w:pPr>
        <w:pStyle w:val="Heading1"/>
      </w:pPr>
      <w:r>
        <w:t>1. Executive Summary</w:t>
      </w:r>
    </w:p>
    <w:p>
      <w:r>
        <w:rPr>
          <w:b w:val="0"/>
          <w:i w:val="0"/>
        </w:rPr>
        <w:t>Pocketfit App LLC is a new mobile app business based in [City, State]. We will serve consumers with a specific need and small businesses, offering free app with premium upgrade, subscriptions and in-app purchases. Our goal is to become the go-to choice for [your target customer] in [your area] by [your key difference, such as quality, speed, price or specialty].</w:t>
      </w:r>
    </w:p>
    <w:p>
      <w:r>
        <w:rPr>
          <w:b w:val="0"/>
          <w:i w:val="0"/>
        </w:rPr>
        <w:t>We project first-year revenue of about $150,000, growing to $216,000 by year three. Startup costs are estimated between $47,700 and $359,000. We are seeking $203,000 in [loan / investment / owner funds] to cover startup costs and working capital. [Add one or two sentences on the owner's experience and any early traction such as signed customers, pre-orders or a secured location.]</w:t>
      </w:r>
    </w:p>
    <w:p>
      <w:pPr>
        <w:pStyle w:val="Heading1"/>
      </w:pPr>
      <w:r>
        <w:t>2. Company Description</w:t>
      </w:r>
    </w:p>
    <w:p>
      <w:r>
        <w:rPr>
          <w:b w:val="0"/>
          <w:i w:val="0"/>
        </w:rPr>
        <w:t>App businesses face a crowded store and expensive user acquisition. The plan should explain the user problem, how the app makes money, the development plan and costs, and realistic downloads, retention and paying-user numbers.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Item</w:t>
            </w:r>
          </w:p>
        </w:tc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Details</w:t>
            </w:r>
          </w:p>
        </w:tc>
      </w:tr>
      <w:tr>
        <w:tc>
          <w:tcPr>
            <w:tcW w:type="dxa" w:w="5100"/>
          </w:tcPr>
          <w:p>
            <w:r>
              <w:t>Legal name</w:t>
            </w:r>
          </w:p>
        </w:tc>
        <w:tc>
          <w:tcPr>
            <w:tcW w:type="dxa" w:w="5100"/>
          </w:tcPr>
          <w:p>
            <w:r>
              <w:t>[Pocketfit App LLC LLC]</w:t>
            </w:r>
          </w:p>
        </w:tc>
      </w:tr>
      <w:tr>
        <w:tc>
          <w:tcPr>
            <w:tcW w:type="dxa" w:w="5100"/>
          </w:tcPr>
          <w:p>
            <w:r>
              <w:t>Legal structure</w:t>
            </w:r>
          </w:p>
        </w:tc>
        <w:tc>
          <w:tcPr>
            <w:tcW w:type="dxa" w:w="5100"/>
          </w:tcPr>
          <w:p>
            <w:r>
              <w:t>[LLC / sole proprietorship / corporation / partnership]</w:t>
            </w:r>
          </w:p>
        </w:tc>
      </w:tr>
      <w:tr>
        <w:tc>
          <w:tcPr>
            <w:tcW w:type="dxa" w:w="5100"/>
          </w:tcPr>
          <w:p>
            <w:r>
              <w:t>Location</w:t>
            </w:r>
          </w:p>
        </w:tc>
        <w:tc>
          <w:tcPr>
            <w:tcW w:type="dxa" w:w="5100"/>
          </w:tcPr>
          <w:p>
            <w:r>
              <w:t>[Address or service area]</w:t>
            </w:r>
          </w:p>
        </w:tc>
      </w:tr>
      <w:tr>
        <w:tc>
          <w:tcPr>
            <w:tcW w:type="dxa" w:w="5100"/>
          </w:tcPr>
          <w:p>
            <w:r>
              <w:t>Owners</w:t>
            </w:r>
          </w:p>
        </w:tc>
        <w:tc>
          <w:tcPr>
            <w:tcW w:type="dxa" w:w="5100"/>
          </w:tcPr>
          <w:p>
            <w:r>
              <w:t>[Names and ownership %]</w:t>
            </w:r>
          </w:p>
        </w:tc>
      </w:tr>
      <w:tr>
        <w:tc>
          <w:tcPr>
            <w:tcW w:type="dxa" w:w="5100"/>
          </w:tcPr>
          <w:p>
            <w:r>
              <w:t>Stage</w:t>
            </w:r>
          </w:p>
        </w:tc>
        <w:tc>
          <w:tcPr>
            <w:tcW w:type="dxa" w:w="5100"/>
          </w:tcPr>
          <w:p>
            <w:r>
              <w:t>[Idea / pre-launch / operating since 20XX]</w:t>
            </w:r>
          </w:p>
        </w:tc>
      </w:tr>
    </w:tbl>
    <w:p/>
    <w:p>
      <w:r>
        <w:rPr>
          <w:b/>
          <w:i w:val="0"/>
        </w:rPr>
        <w:t>Mission statement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</w:tc>
      </w:tr>
    </w:tbl>
    <w:p/>
    <w:p>
      <w:pPr>
        <w:pStyle w:val="Heading1"/>
      </w:pPr>
      <w:r>
        <w:t>3. Products and Services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Offering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Description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Price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Cost to deliver</w:t>
            </w:r>
          </w:p>
        </w:tc>
      </w:tr>
      <w:tr>
        <w:tc>
          <w:tcPr>
            <w:tcW w:type="dxa" w:w="2550"/>
          </w:tcPr>
          <w:p>
            <w:r>
              <w:t>Free app with premium upgrade</w:t>
            </w:r>
          </w:p>
        </w:tc>
        <w:tc>
          <w:tcPr>
            <w:tcW w:type="dxa" w:w="2550"/>
          </w:tcPr>
          <w:p>
            <w:r>
              <w:t>[Describe]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Subscriptions</w:t>
            </w:r>
          </w:p>
        </w:tc>
        <w:tc>
          <w:tcPr>
            <w:tcW w:type="dxa" w:w="2550"/>
          </w:tcPr>
          <w:p>
            <w:r>
              <w:t>[Describe]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In-app purchases</w:t>
            </w:r>
          </w:p>
        </w:tc>
        <w:tc>
          <w:tcPr>
            <w:tcW w:type="dxa" w:w="2550"/>
          </w:tcPr>
          <w:p>
            <w:r>
              <w:t>[Describe]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Sponsored or ad-supported tier</w:t>
            </w:r>
          </w:p>
        </w:tc>
        <w:tc>
          <w:tcPr>
            <w:tcW w:type="dxa" w:w="2550"/>
          </w:tcPr>
          <w:p>
            <w:r>
              <w:t>[Describe]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</w:tbl>
    <w:p/>
    <w:p>
      <w:r>
        <w:rPr>
          <w:b/>
          <w:i w:val="0"/>
        </w:rPr>
        <w:t>Revenue streams:</w:t>
      </w:r>
    </w:p>
    <w:p>
      <w:pPr>
        <w:pStyle w:val="ListBullet"/>
      </w:pPr>
      <w:r>
        <w:t>Subscriptions</w:t>
      </w:r>
    </w:p>
    <w:p>
      <w:pPr>
        <w:pStyle w:val="ListBullet"/>
      </w:pPr>
      <w:r>
        <w:t>In-app purchases</w:t>
      </w:r>
    </w:p>
    <w:p>
      <w:pPr>
        <w:pStyle w:val="ListBullet"/>
      </w:pPr>
      <w:r>
        <w:t>Advertising</w:t>
      </w:r>
    </w:p>
    <w:p>
      <w:pPr>
        <w:pStyle w:val="Heading1"/>
      </w:pPr>
      <w:r>
        <w:t>4. Market Analysis</w:t>
      </w:r>
    </w:p>
    <w:p>
      <w:r>
        <w:rPr>
          <w:b/>
          <w:i w:val="0"/>
        </w:rPr>
        <w:t>Target customers:</w:t>
      </w:r>
    </w:p>
    <w:p>
      <w:pPr>
        <w:pStyle w:val="ListBullet"/>
      </w:pPr>
      <w:r>
        <w:t>Consumers with a specific need</w:t>
      </w:r>
    </w:p>
    <w:p>
      <w:pPr>
        <w:pStyle w:val="ListBullet"/>
      </w:pPr>
      <w:r>
        <w:t>Small businesses</w:t>
      </w:r>
    </w:p>
    <w:p>
      <w:pPr>
        <w:pStyle w:val="ListBullet"/>
      </w:pPr>
      <w:r>
        <w:t>Niche communities</w:t>
      </w:r>
    </w:p>
    <w:p>
      <w:pPr>
        <w:pStyle w:val="ListBullet"/>
      </w:pPr>
      <w:r>
        <w:t>Enterprise teams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Market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Estimate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Source</w:t>
            </w:r>
          </w:p>
        </w:tc>
      </w:tr>
      <w:tr>
        <w:tc>
          <w:tcPr>
            <w:tcW w:type="dxa" w:w="3400"/>
          </w:tcPr>
          <w:p>
            <w:r>
              <w:t>Potential customers in our area</w:t>
            </w:r>
          </w:p>
        </w:tc>
        <w:tc>
          <w:tcPr>
            <w:tcW w:type="dxa" w:w="3400"/>
          </w:tcPr>
          <w:p>
            <w:r>
              <w:t>[#]</w:t>
            </w:r>
          </w:p>
        </w:tc>
        <w:tc>
          <w:tcPr>
            <w:tcW w:type="dxa" w:w="3400"/>
          </w:tcPr>
          <w:p>
            <w:r>
              <w:t>[Census data, local reports]</w:t>
            </w:r>
          </w:p>
        </w:tc>
      </w:tr>
      <w:tr>
        <w:tc>
          <w:tcPr>
            <w:tcW w:type="dxa" w:w="3400"/>
          </w:tcPr>
          <w:p>
            <w:r>
              <w:t>Customers we can realistically reach</w:t>
            </w:r>
          </w:p>
        </w:tc>
        <w:tc>
          <w:tcPr>
            <w:tcW w:type="dxa" w:w="3400"/>
          </w:tcPr>
          <w:p>
            <w:r>
              <w:t>[#]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Target share in year one</w:t>
            </w:r>
          </w:p>
        </w:tc>
        <w:tc>
          <w:tcPr>
            <w:tcW w:type="dxa" w:w="3400"/>
          </w:tcPr>
          <w:p>
            <w:r>
              <w:t>[%]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</w:tbl>
    <w:p/>
    <w:p>
      <w:r>
        <w:rPr>
          <w:b/>
          <w:i w:val="0"/>
        </w:rPr>
        <w:t>Industry trends affecting our business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p>
      <w:pPr>
        <w:pStyle w:val="Heading1"/>
      </w:pPr>
      <w:r>
        <w:t>5. Competition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Competitor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Strengths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Weaknesses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Price range</w:t>
            </w:r>
          </w:p>
        </w:tc>
      </w:tr>
      <w:tr>
        <w:tc>
          <w:tcPr>
            <w:tcW w:type="dxa" w:w="2550"/>
          </w:tcPr>
          <w:p>
            <w:r>
              <w:t>[Competitor 1]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  <w:tr>
        <w:tc>
          <w:tcPr>
            <w:tcW w:type="dxa" w:w="2550"/>
          </w:tcPr>
          <w:p>
            <w:r>
              <w:t>[Competitor 2]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  <w:tr>
        <w:tc>
          <w:tcPr>
            <w:tcW w:type="dxa" w:w="2550"/>
          </w:tcPr>
          <w:p>
            <w:r>
              <w:t>[Competitor 3]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</w:tbl>
    <w:p/>
    <w:p>
      <w:r>
        <w:rPr>
          <w:b/>
          <w:i w:val="0"/>
        </w:rPr>
        <w:t>Why customers will choose us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p>
      <w:pPr>
        <w:pStyle w:val="Heading1"/>
      </w:pPr>
      <w:r>
        <w:t>6. Marketing and Sales</w:t>
      </w:r>
    </w:p>
    <w:p>
      <w:r>
        <w:rPr>
          <w:b/>
          <w:i w:val="0"/>
        </w:rPr>
        <w:t>Planned marketing activities:</w:t>
      </w:r>
    </w:p>
    <w:p>
      <w:pPr>
        <w:pStyle w:val="ListBullet"/>
      </w:pPr>
      <w:r>
        <w:t>App store optimization</w:t>
      </w:r>
    </w:p>
    <w:p>
      <w:pPr>
        <w:pStyle w:val="ListBullet"/>
      </w:pPr>
      <w:r>
        <w:t>Influencer partnerships</w:t>
      </w:r>
    </w:p>
    <w:p>
      <w:pPr>
        <w:pStyle w:val="ListBullet"/>
      </w:pPr>
      <w:r>
        <w:t>Referral rewards</w:t>
      </w:r>
    </w:p>
    <w:p>
      <w:pPr>
        <w:pStyle w:val="ListBullet"/>
      </w:pPr>
      <w:r>
        <w:t>Content and community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Channel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Monthly budget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Goal</w:t>
            </w:r>
          </w:p>
        </w:tc>
      </w:tr>
      <w:tr>
        <w:tc>
          <w:tcPr>
            <w:tcW w:type="dxa" w:w="3400"/>
          </w:tcPr>
          <w:p>
            <w:r>
              <w:t>App ...</w:t>
            </w:r>
          </w:p>
        </w:tc>
        <w:tc>
          <w:tcPr>
            <w:tcW w:type="dxa" w:w="3400"/>
          </w:tcPr>
          <w:p>
            <w:r>
              <w:t>[$]</w:t>
            </w:r>
          </w:p>
        </w:tc>
        <w:tc>
          <w:tcPr>
            <w:tcW w:type="dxa" w:w="3400"/>
          </w:tcPr>
          <w:p>
            <w:r>
              <w:t>[#]</w:t>
            </w:r>
          </w:p>
        </w:tc>
      </w:tr>
      <w:tr>
        <w:tc>
          <w:tcPr>
            <w:tcW w:type="dxa" w:w="3400"/>
          </w:tcPr>
          <w:p>
            <w:r>
              <w:t>Influencer ...</w:t>
            </w:r>
          </w:p>
        </w:tc>
        <w:tc>
          <w:tcPr>
            <w:tcW w:type="dxa" w:w="3400"/>
          </w:tcPr>
          <w:p>
            <w:r>
              <w:t>[$]</w:t>
            </w:r>
          </w:p>
        </w:tc>
        <w:tc>
          <w:tcPr>
            <w:tcW w:type="dxa" w:w="3400"/>
          </w:tcPr>
          <w:p>
            <w:r>
              <w:t>[#]</w:t>
            </w:r>
          </w:p>
        </w:tc>
      </w:tr>
      <w:tr>
        <w:tc>
          <w:tcPr>
            <w:tcW w:type="dxa" w:w="3400"/>
          </w:tcPr>
          <w:p>
            <w:r>
              <w:t>Referral ...</w:t>
            </w:r>
          </w:p>
        </w:tc>
        <w:tc>
          <w:tcPr>
            <w:tcW w:type="dxa" w:w="3400"/>
          </w:tcPr>
          <w:p>
            <w:r>
              <w:t>[$]</w:t>
            </w:r>
          </w:p>
        </w:tc>
        <w:tc>
          <w:tcPr>
            <w:tcW w:type="dxa" w:w="3400"/>
          </w:tcPr>
          <w:p>
            <w:r>
              <w:t>[#]</w:t>
            </w:r>
          </w:p>
        </w:tc>
      </w:tr>
    </w:tbl>
    <w:p/>
    <w:p>
      <w:pPr>
        <w:pStyle w:val="Heading1"/>
      </w:pPr>
      <w:r>
        <w:t>7. Operations</w:t>
      </w:r>
    </w:p>
    <w:p>
      <w:r>
        <w:rPr>
          <w:b/>
          <w:i w:val="0"/>
        </w:rPr>
        <w:t>Location, facilities and equipment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p>
      <w:r>
        <w:rPr>
          <w:b/>
          <w:i w:val="0"/>
        </w:rPr>
        <w:t>Suppliers and day-to-day operations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p>
      <w:r>
        <w:rPr>
          <w:b/>
          <w:i w:val="0"/>
        </w:rPr>
        <w:t>Licenses, permits and insurance to obtain:</w:t>
      </w:r>
    </w:p>
    <w:p>
      <w:pPr>
        <w:pStyle w:val="ListBullet"/>
      </w:pPr>
      <w:r>
        <w:t>Business entity  [ ] obtained</w:t>
      </w:r>
    </w:p>
    <w:p>
      <w:pPr>
        <w:pStyle w:val="ListBullet"/>
      </w:pPr>
      <w:r>
        <w:t>Privacy policy and terms  [ ] obtained</w:t>
      </w:r>
    </w:p>
    <w:p>
      <w:pPr>
        <w:pStyle w:val="ListBullet"/>
      </w:pPr>
      <w:r>
        <w:t>App store developer agreements  [ ] obtained</w:t>
      </w:r>
    </w:p>
    <w:p>
      <w:pPr>
        <w:pStyle w:val="ListBullet"/>
      </w:pPr>
      <w:r>
        <w:t>Data privacy compliance  [ ] obtained</w:t>
      </w:r>
    </w:p>
    <w:p>
      <w:r>
        <w:rPr>
          <w:b w:val="0"/>
          <w:i/>
          <w:color w:val="6B7280"/>
          <w:sz w:val="18"/>
        </w:rPr>
        <w:t>Requirements vary by state and city. Confirm with your local licensing office.</w:t>
      </w:r>
    </w:p>
    <w:p>
      <w:pPr>
        <w:pStyle w:val="Heading1"/>
      </w:pPr>
      <w:r>
        <w:t>8. Management and Staffing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Name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Role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Experience</w:t>
            </w:r>
          </w:p>
        </w:tc>
      </w:tr>
      <w:tr>
        <w:tc>
          <w:tcPr>
            <w:tcW w:type="dxa" w:w="3400"/>
          </w:tcPr>
          <w:p>
            <w:r>
              <w:t>[Owner name]</w:t>
            </w:r>
          </w:p>
        </w:tc>
        <w:tc>
          <w:tcPr>
            <w:tcW w:type="dxa" w:w="3400"/>
          </w:tcPr>
          <w:p>
            <w:r>
              <w:t>Owner / manager</w:t>
            </w:r>
          </w:p>
        </w:tc>
        <w:tc>
          <w:tcPr>
            <w:tcW w:type="dxa" w:w="3400"/>
          </w:tcPr>
          <w:p>
            <w:r>
              <w:t>[Relevant experience]</w:t>
            </w:r>
          </w:p>
        </w:tc>
      </w:tr>
      <w:tr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  <w:tr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</w:tbl>
    <w:p/>
    <w:p>
      <w:r>
        <w:rPr>
          <w:b/>
          <w:i w:val="0"/>
        </w:rPr>
        <w:t>Hiring plan for the first three years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p>
      <w:pPr>
        <w:pStyle w:val="Heading1"/>
      </w:pPr>
      <w:r>
        <w:t>9. Key Performance Indicators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Metric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Why it matters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Our target</w:t>
            </w:r>
          </w:p>
        </w:tc>
      </w:tr>
      <w:tr>
        <w:tc>
          <w:tcPr>
            <w:tcW w:type="dxa" w:w="3400"/>
          </w:tcPr>
          <w:p>
            <w:r>
              <w:t>Day 30 retention</w:t>
            </w:r>
          </w:p>
        </w:tc>
        <w:tc>
          <w:tcPr>
            <w:tcW w:type="dxa" w:w="3400"/>
          </w:tcPr>
          <w:p>
            <w:r>
              <w:t>Users still active a month after install.</w:t>
            </w:r>
          </w:p>
        </w:tc>
        <w:tc>
          <w:tcPr>
            <w:tcW w:type="dxa" w:w="3400"/>
          </w:tcPr>
          <w:p>
            <w:r>
              <w:t>[Target]</w:t>
            </w:r>
          </w:p>
        </w:tc>
      </w:tr>
      <w:tr>
        <w:tc>
          <w:tcPr>
            <w:tcW w:type="dxa" w:w="3400"/>
          </w:tcPr>
          <w:p>
            <w:r>
              <w:t>Conversion to paid</w:t>
            </w:r>
          </w:p>
        </w:tc>
        <w:tc>
          <w:tcPr>
            <w:tcW w:type="dxa" w:w="3400"/>
          </w:tcPr>
          <w:p>
            <w:r>
              <w:t>Share of users paying.</w:t>
            </w:r>
          </w:p>
        </w:tc>
        <w:tc>
          <w:tcPr>
            <w:tcW w:type="dxa" w:w="3400"/>
          </w:tcPr>
          <w:p>
            <w:r>
              <w:t>[Target]</w:t>
            </w:r>
          </w:p>
        </w:tc>
      </w:tr>
      <w:tr>
        <w:tc>
          <w:tcPr>
            <w:tcW w:type="dxa" w:w="3400"/>
          </w:tcPr>
          <w:p>
            <w:r>
              <w:t>Cost per install</w:t>
            </w:r>
          </w:p>
        </w:tc>
        <w:tc>
          <w:tcPr>
            <w:tcW w:type="dxa" w:w="3400"/>
          </w:tcPr>
          <w:p>
            <w:r>
              <w:t>Ad spend per download.</w:t>
            </w:r>
          </w:p>
        </w:tc>
        <w:tc>
          <w:tcPr>
            <w:tcW w:type="dxa" w:w="3400"/>
          </w:tcPr>
          <w:p>
            <w:r>
              <w:t>[Target]</w:t>
            </w:r>
          </w:p>
        </w:tc>
      </w:tr>
      <w:tr>
        <w:tc>
          <w:tcPr>
            <w:tcW w:type="dxa" w:w="3400"/>
          </w:tcPr>
          <w:p>
            <w:r>
              <w:t>Average revenue per user</w:t>
            </w:r>
          </w:p>
        </w:tc>
        <w:tc>
          <w:tcPr>
            <w:tcW w:type="dxa" w:w="3400"/>
          </w:tcPr>
          <w:p>
            <w:r>
              <w:t>Monthly revenue divided by active users.</w:t>
            </w:r>
          </w:p>
        </w:tc>
        <w:tc>
          <w:tcPr>
            <w:tcW w:type="dxa" w:w="3400"/>
          </w:tcPr>
          <w:p>
            <w:r>
              <w:t>[Target]</w:t>
            </w:r>
          </w:p>
        </w:tc>
      </w:tr>
    </w:tbl>
    <w:p/>
    <w:p>
      <w:pPr>
        <w:pStyle w:val="Heading1"/>
      </w:pPr>
      <w:r>
        <w:t>10. Risks and How We Will Manage Them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Risk</w:t>
            </w:r>
          </w:p>
        </w:tc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How we will reduce it</w:t>
            </w:r>
          </w:p>
        </w:tc>
      </w:tr>
      <w:tr>
        <w:tc>
          <w:tcPr>
            <w:tcW w:type="dxa" w:w="5100"/>
          </w:tcPr>
          <w:p>
            <w:r>
              <w:t>Low retention</w:t>
            </w:r>
          </w:p>
        </w:tc>
        <w:tc>
          <w:tcPr>
            <w:tcW w:type="dxa" w:w="5100"/>
          </w:tcPr>
          <w:p>
            <w:r>
              <w:t>[Your plan]</w:t>
            </w:r>
          </w:p>
        </w:tc>
      </w:tr>
      <w:tr>
        <w:tc>
          <w:tcPr>
            <w:tcW w:type="dxa" w:w="5100"/>
          </w:tcPr>
          <w:p>
            <w:r>
              <w:t>App store policy changes</w:t>
            </w:r>
          </w:p>
        </w:tc>
        <w:tc>
          <w:tcPr>
            <w:tcW w:type="dxa" w:w="5100"/>
          </w:tcPr>
          <w:p>
            <w:r>
              <w:t>[Your plan]</w:t>
            </w:r>
          </w:p>
        </w:tc>
      </w:tr>
      <w:tr>
        <w:tc>
          <w:tcPr>
            <w:tcW w:type="dxa" w:w="5100"/>
          </w:tcPr>
          <w:p>
            <w:r>
              <w:t>High user acquisition cost</w:t>
            </w:r>
          </w:p>
        </w:tc>
        <w:tc>
          <w:tcPr>
            <w:tcW w:type="dxa" w:w="5100"/>
          </w:tcPr>
          <w:p>
            <w:r>
              <w:t>[Your plan]</w:t>
            </w:r>
          </w:p>
        </w:tc>
      </w:tr>
      <w:tr>
        <w:tc>
          <w:tcPr>
            <w:tcW w:type="dxa" w:w="5100"/>
          </w:tcPr>
          <w:p>
            <w:r>
              <w:t>Development overruns</w:t>
            </w:r>
          </w:p>
        </w:tc>
        <w:tc>
          <w:tcPr>
            <w:tcW w:type="dxa" w:w="5100"/>
          </w:tcPr>
          <w:p>
            <w:r>
              <w:t>[Your plan]</w:t>
            </w:r>
          </w:p>
        </w:tc>
      </w:tr>
    </w:tbl>
    <w:p/>
    <w:p>
      <w:pPr>
        <w:pStyle w:val="Heading1"/>
      </w:pPr>
      <w:r>
        <w:t>11. Financial Plan</w:t>
      </w:r>
    </w:p>
    <w:p>
      <w:r>
        <w:rPr>
          <w:b/>
          <w:i w:val="0"/>
        </w:rPr>
        <w:t>Estimated startup costs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Startup cost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Typical low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Typical high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Our estimate</w:t>
            </w:r>
          </w:p>
        </w:tc>
      </w:tr>
      <w:tr>
        <w:tc>
          <w:tcPr>
            <w:tcW w:type="dxa" w:w="2550"/>
          </w:tcPr>
          <w:p>
            <w:r>
              <w:t>Design and development</w:t>
            </w:r>
          </w:p>
        </w:tc>
        <w:tc>
          <w:tcPr>
            <w:tcW w:type="dxa" w:w="2550"/>
          </w:tcPr>
          <w:p>
            <w:r>
              <w:t>$25,000</w:t>
            </w:r>
          </w:p>
        </w:tc>
        <w:tc>
          <w:tcPr>
            <w:tcW w:type="dxa" w:w="2550"/>
          </w:tcPr>
          <w:p>
            <w:r>
              <w:t>$200,000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App store accounts and tools</w:t>
            </w:r>
          </w:p>
        </w:tc>
        <w:tc>
          <w:tcPr>
            <w:tcW w:type="dxa" w:w="2550"/>
          </w:tcPr>
          <w:p>
            <w:r>
              <w:t>$200</w:t>
            </w:r>
          </w:p>
        </w:tc>
        <w:tc>
          <w:tcPr>
            <w:tcW w:type="dxa" w:w="2550"/>
          </w:tcPr>
          <w:p>
            <w:r>
              <w:t>$1,000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Backend hosting</w:t>
            </w:r>
          </w:p>
        </w:tc>
        <w:tc>
          <w:tcPr>
            <w:tcW w:type="dxa" w:w="2550"/>
          </w:tcPr>
          <w:p>
            <w:r>
              <w:t>$1,000</w:t>
            </w:r>
          </w:p>
        </w:tc>
        <w:tc>
          <w:tcPr>
            <w:tcW w:type="dxa" w:w="2550"/>
          </w:tcPr>
          <w:p>
            <w:r>
              <w:t>$10,000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Legal and privacy compliance</w:t>
            </w:r>
          </w:p>
        </w:tc>
        <w:tc>
          <w:tcPr>
            <w:tcW w:type="dxa" w:w="2550"/>
          </w:tcPr>
          <w:p>
            <w:r>
              <w:t>$1,500</w:t>
            </w:r>
          </w:p>
        </w:tc>
        <w:tc>
          <w:tcPr>
            <w:tcW w:type="dxa" w:w="2550"/>
          </w:tcPr>
          <w:p>
            <w:r>
              <w:t>$8,000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Launch marketing</w:t>
            </w:r>
          </w:p>
        </w:tc>
        <w:tc>
          <w:tcPr>
            <w:tcW w:type="dxa" w:w="2550"/>
          </w:tcPr>
          <w:p>
            <w:r>
              <w:t>$5,000</w:t>
            </w:r>
          </w:p>
        </w:tc>
        <w:tc>
          <w:tcPr>
            <w:tcW w:type="dxa" w:w="2550"/>
          </w:tcPr>
          <w:p>
            <w:r>
              <w:t>$40,000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Working capital and runway</w:t>
            </w:r>
          </w:p>
        </w:tc>
        <w:tc>
          <w:tcPr>
            <w:tcW w:type="dxa" w:w="2550"/>
          </w:tcPr>
          <w:p>
            <w:r>
              <w:t>$15,000</w:t>
            </w:r>
          </w:p>
        </w:tc>
        <w:tc>
          <w:tcPr>
            <w:tcW w:type="dxa" w:w="2550"/>
          </w:tcPr>
          <w:p>
            <w:r>
              <w:t>$100,000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Total</w:t>
            </w:r>
          </w:p>
        </w:tc>
        <w:tc>
          <w:tcPr>
            <w:tcW w:type="dxa" w:w="2550"/>
          </w:tcPr>
          <w:p>
            <w:r>
              <w:t>$47,700</w:t>
            </w:r>
          </w:p>
        </w:tc>
        <w:tc>
          <w:tcPr>
            <w:tcW w:type="dxa" w:w="2550"/>
          </w:tcPr>
          <w:p>
            <w:r>
              <w:t>$359,000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</w:tbl>
    <w:p/>
    <w:p>
      <w:r>
        <w:rPr>
          <w:b/>
          <w:i w:val="0"/>
        </w:rPr>
        <w:t>Three-year projection (illustrative)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Year 1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Year 2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Year 3</w:t>
            </w:r>
          </w:p>
        </w:tc>
      </w:tr>
      <w:tr>
        <w:tc>
          <w:tcPr>
            <w:tcW w:type="dxa" w:w="2550"/>
          </w:tcPr>
          <w:p>
            <w:r>
              <w:t>Revenue</w:t>
            </w:r>
          </w:p>
        </w:tc>
        <w:tc>
          <w:tcPr>
            <w:tcW w:type="dxa" w:w="2550"/>
          </w:tcPr>
          <w:p>
            <w:r>
              <w:t>$150,000</w:t>
            </w:r>
          </w:p>
        </w:tc>
        <w:tc>
          <w:tcPr>
            <w:tcW w:type="dxa" w:w="2550"/>
          </w:tcPr>
          <w:p>
            <w:r>
              <w:t>$188,000</w:t>
            </w:r>
          </w:p>
        </w:tc>
        <w:tc>
          <w:tcPr>
            <w:tcW w:type="dxa" w:w="2550"/>
          </w:tcPr>
          <w:p>
            <w:r>
              <w:t>$216,000</w:t>
            </w:r>
          </w:p>
        </w:tc>
      </w:tr>
      <w:tr>
        <w:tc>
          <w:tcPr>
            <w:tcW w:type="dxa" w:w="2550"/>
          </w:tcPr>
          <w:p>
            <w:r>
              <w:t>Cost of sales</w:t>
            </w:r>
          </w:p>
        </w:tc>
        <w:tc>
          <w:tcPr>
            <w:tcW w:type="dxa" w:w="2550"/>
          </w:tcPr>
          <w:p>
            <w:r>
              <w:t>$45,000</w:t>
            </w:r>
          </w:p>
        </w:tc>
        <w:tc>
          <w:tcPr>
            <w:tcW w:type="dxa" w:w="2550"/>
          </w:tcPr>
          <w:p>
            <w:r>
              <w:t>$56,400</w:t>
            </w:r>
          </w:p>
        </w:tc>
        <w:tc>
          <w:tcPr>
            <w:tcW w:type="dxa" w:w="2550"/>
          </w:tcPr>
          <w:p>
            <w:r>
              <w:t>$64,800</w:t>
            </w:r>
          </w:p>
        </w:tc>
      </w:tr>
      <w:tr>
        <w:tc>
          <w:tcPr>
            <w:tcW w:type="dxa" w:w="2550"/>
          </w:tcPr>
          <w:p>
            <w:r>
              <w:t>Gross profit</w:t>
            </w:r>
          </w:p>
        </w:tc>
        <w:tc>
          <w:tcPr>
            <w:tcW w:type="dxa" w:w="2550"/>
          </w:tcPr>
          <w:p>
            <w:r>
              <w:t>$105,000</w:t>
            </w:r>
          </w:p>
        </w:tc>
        <w:tc>
          <w:tcPr>
            <w:tcW w:type="dxa" w:w="2550"/>
          </w:tcPr>
          <w:p>
            <w:r>
              <w:t>$131,600</w:t>
            </w:r>
          </w:p>
        </w:tc>
        <w:tc>
          <w:tcPr>
            <w:tcW w:type="dxa" w:w="2550"/>
          </w:tcPr>
          <w:p>
            <w:r>
              <w:t>$151,200</w:t>
            </w:r>
          </w:p>
        </w:tc>
      </w:tr>
      <w:tr>
        <w:tc>
          <w:tcPr>
            <w:tcW w:type="dxa" w:w="2550"/>
          </w:tcPr>
          <w:p>
            <w:r>
              <w:t>Operating expenses</w:t>
            </w:r>
          </w:p>
        </w:tc>
        <w:tc>
          <w:tcPr>
            <w:tcW w:type="dxa" w:w="2550"/>
          </w:tcPr>
          <w:p>
            <w:r>
              <w:t>$99,750</w:t>
            </w:r>
          </w:p>
        </w:tc>
        <w:tc>
          <w:tcPr>
            <w:tcW w:type="dxa" w:w="2550"/>
          </w:tcPr>
          <w:p>
            <w:r>
              <w:t>$109,725</w:t>
            </w:r>
          </w:p>
        </w:tc>
        <w:tc>
          <w:tcPr>
            <w:tcW w:type="dxa" w:w="2550"/>
          </w:tcPr>
          <w:p>
            <w:r>
              <w:t>$118,503</w:t>
            </w:r>
          </w:p>
        </w:tc>
      </w:tr>
      <w:tr>
        <w:tc>
          <w:tcPr>
            <w:tcW w:type="dxa" w:w="2550"/>
          </w:tcPr>
          <w:p>
            <w:r>
              <w:t>Net income before tax</w:t>
            </w:r>
          </w:p>
        </w:tc>
        <w:tc>
          <w:tcPr>
            <w:tcW w:type="dxa" w:w="2550"/>
          </w:tcPr>
          <w:p>
            <w:r>
              <w:t>$5,250</w:t>
            </w:r>
          </w:p>
        </w:tc>
        <w:tc>
          <w:tcPr>
            <w:tcW w:type="dxa" w:w="2550"/>
          </w:tcPr>
          <w:p>
            <w:r>
              <w:t>$21,875</w:t>
            </w:r>
          </w:p>
        </w:tc>
        <w:tc>
          <w:tcPr>
            <w:tcW w:type="dxa" w:w="2550"/>
          </w:tcPr>
          <w:p>
            <w:r>
              <w:t>$32,697</w:t>
            </w:r>
          </w:p>
        </w:tc>
      </w:tr>
    </w:tbl>
    <w:p/>
    <w:p>
      <w:r>
        <w:rPr>
          <w:b w:val="0"/>
          <w:i/>
          <w:color w:val="6B7280"/>
          <w:sz w:val="18"/>
        </w:rPr>
        <w:t>Example assumptions: 70% gross margin, revenue growth of 25% in year two and 15% in year three. Replace these with your own numbers. Our free Excel financial projections template at BusinessPlanDownload.net builds this table from your assumptions.</w:t>
      </w:r>
    </w:p>
    <w:p>
      <w:pPr>
        <w:pStyle w:val="Heading1"/>
      </w:pPr>
      <w:r>
        <w:t>12. Funding Request</w:t>
      </w:r>
    </w:p>
    <w:p>
      <w:r>
        <w:rPr>
          <w:b w:val="0"/>
          <w:i w:val="0"/>
        </w:rPr>
        <w:t>We are requesting $203,000 to fund startup costs and working capital. [Explain loan term or investor terms, how much the owners are investing, and how the funds will be repaid.]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Use of funds</w:t>
            </w:r>
          </w:p>
        </w:tc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Amount</w:t>
            </w:r>
          </w:p>
        </w:tc>
      </w:tr>
      <w:tr>
        <w:tc>
          <w:tcPr>
            <w:tcW w:type="dxa" w:w="5100"/>
          </w:tcPr>
          <w:p>
            <w:r>
              <w:t>Design and development</w:t>
            </w:r>
          </w:p>
        </w:tc>
        <w:tc>
          <w:tcPr>
            <w:tcW w:type="dxa" w:w="5100"/>
          </w:tcPr>
          <w:p>
            <w:r>
              <w:t>[$]</w:t>
            </w:r>
          </w:p>
        </w:tc>
      </w:tr>
      <w:tr>
        <w:tc>
          <w:tcPr>
            <w:tcW w:type="dxa" w:w="5100"/>
          </w:tcPr>
          <w:p>
            <w:r>
              <w:t>App store accounts and tools</w:t>
            </w:r>
          </w:p>
        </w:tc>
        <w:tc>
          <w:tcPr>
            <w:tcW w:type="dxa" w:w="5100"/>
          </w:tcPr>
          <w:p>
            <w:r>
              <w:t>[$]</w:t>
            </w:r>
          </w:p>
        </w:tc>
      </w:tr>
      <w:tr>
        <w:tc>
          <w:tcPr>
            <w:tcW w:type="dxa" w:w="5100"/>
          </w:tcPr>
          <w:p>
            <w:r>
              <w:t>Backend hosting</w:t>
            </w:r>
          </w:p>
        </w:tc>
        <w:tc>
          <w:tcPr>
            <w:tcW w:type="dxa" w:w="5100"/>
          </w:tcPr>
          <w:p>
            <w:r>
              <w:t>[$]</w:t>
            </w:r>
          </w:p>
        </w:tc>
      </w:tr>
      <w:tr>
        <w:tc>
          <w:tcPr>
            <w:tcW w:type="dxa" w:w="5100"/>
          </w:tcPr>
          <w:p>
            <w:r>
              <w:t>Legal and privacy compliance</w:t>
            </w:r>
          </w:p>
        </w:tc>
        <w:tc>
          <w:tcPr>
            <w:tcW w:type="dxa" w:w="5100"/>
          </w:tcPr>
          <w:p>
            <w:r>
              <w:t>[$]</w:t>
            </w:r>
          </w:p>
        </w:tc>
      </w:tr>
      <w:tr>
        <w:tc>
          <w:tcPr>
            <w:tcW w:type="dxa" w:w="5100"/>
          </w:tcPr>
          <w:p>
            <w:r>
              <w:t>Launch marketing</w:t>
            </w:r>
          </w:p>
        </w:tc>
        <w:tc>
          <w:tcPr>
            <w:tcW w:type="dxa" w:w="5100"/>
          </w:tcPr>
          <w:p>
            <w:r>
              <w:t>[$]</w:t>
            </w:r>
          </w:p>
        </w:tc>
      </w:tr>
      <w:tr>
        <w:tc>
          <w:tcPr>
            <w:tcW w:type="dxa" w:w="5100"/>
          </w:tcPr>
          <w:p>
            <w:r>
              <w:t>Working capital and runway</w:t>
            </w:r>
          </w:p>
        </w:tc>
        <w:tc>
          <w:tcPr>
            <w:tcW w:type="dxa" w:w="5100"/>
          </w:tcPr>
          <w:p>
            <w:r>
              <w:t>[$]</w:t>
            </w:r>
          </w:p>
        </w:tc>
      </w:tr>
    </w:tbl>
    <w:p/>
    <w:p>
      <w:pPr>
        <w:pStyle w:val="Heading1"/>
      </w:pPr>
      <w:r>
        <w:t>Appendix</w:t>
      </w:r>
    </w:p>
    <w:p>
      <w:r>
        <w:rPr>
          <w:b/>
          <w:i w:val="0"/>
        </w:rPr>
        <w:t>Writing tips for a mobile app plan:</w:t>
      </w:r>
    </w:p>
    <w:p>
      <w:pPr>
        <w:pStyle w:val="ListBullet"/>
      </w:pPr>
      <w:r>
        <w:t>Show the retention you saw in beta testing.</w:t>
      </w:r>
    </w:p>
    <w:p>
      <w:pPr>
        <w:pStyle w:val="ListBullet"/>
      </w:pPr>
      <w:r>
        <w:t>Explain the monetization model clearly.</w:t>
      </w:r>
    </w:p>
    <w:p>
      <w:pPr>
        <w:pStyle w:val="ListBullet"/>
      </w:pPr>
      <w:r>
        <w:t>Break development into phases with budgets.</w:t>
      </w:r>
    </w:p>
    <w:p>
      <w:r>
        <w:rPr>
          <w:b w:val="0"/>
          <w:i w:val="0"/>
        </w:rPr>
        <w:t>Attach: owner resumes, lease or letter of intent, equipment quotes, permits, market research, photos and detailed financial statements.</w:t>
      </w:r>
    </w:p>
    <w:sectPr w:rsidR="00FC693F" w:rsidRPr="0006063C" w:rsidSect="00034616">
      <w:footerReference w:type="default" r:id="rId9"/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Free template from BusinessPlanDownload.net  |  Replace all text in [brackets] with your own information.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F5D4E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F5D4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F5D4E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