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pStyle w:val="Title"/>
      </w:pPr>
      <w:r>
        <w:t>Nail Salon and Day Spa Business Plan</w:t>
      </w:r>
    </w:p>
    <w:p>
      <w:r>
        <w:rPr>
          <w:b w:val="0"/>
          <w:i w:val="0"/>
          <w:color w:val="6B7280"/>
          <w:sz w:val="28"/>
        </w:rPr>
        <w:t>Sample plan for Lotus Nail &amp; Spa (fictional example)</w:t>
      </w:r>
    </w:p>
    <w:p/>
    <w:p>
      <w:r>
        <w:rPr>
          <w:b w:val="0"/>
          <w:i w:val="0"/>
          <w:sz w:val="24"/>
        </w:rPr>
        <w:t>Prepared by: [Owner name]</w:t>
      </w:r>
    </w:p>
    <w:p>
      <w:r>
        <w:rPr>
          <w:b w:val="0"/>
          <w:i w:val="0"/>
          <w:sz w:val="24"/>
        </w:rPr>
        <w:t>[Business address]</w:t>
      </w:r>
    </w:p>
    <w:p>
      <w:r>
        <w:rPr>
          <w:b w:val="0"/>
          <w:i w:val="0"/>
          <w:sz w:val="24"/>
        </w:rPr>
        <w:t>[Phone]  |  [Email]  |  [Website]</w:t>
      </w:r>
    </w:p>
    <w:p>
      <w:r>
        <w:rPr>
          <w:b w:val="0"/>
          <w:i w:val="0"/>
          <w:sz w:val="24"/>
        </w:rPr>
        <w:t>Date: [Month, Year]</w:t>
      </w:r>
    </w:p>
    <w:p/>
    <w:p>
      <w:r>
        <w:rPr>
          <w:b w:val="0"/>
          <w:i/>
          <w:color w:val="6B7280"/>
          <w:sz w:val="19"/>
        </w:rPr>
        <w:t>How to use this sample: the business name, figures and descriptions are a fictional example to show what a finished plan looks like. Replace everything in [brackets] and every example number with your own research before you share it. Cost ranges are rough planning figures and vary widely by location.</w:t>
      </w:r>
    </w:p>
    <w:p>
      <w:r>
        <w:br w:type="page"/>
      </w:r>
    </w:p>
    <w:p>
      <w:pPr>
        <w:pStyle w:val="Heading1"/>
      </w:pPr>
      <w:r>
        <w:t>1. Executive Summary</w:t>
      </w:r>
    </w:p>
    <w:p>
      <w:r>
        <w:rPr>
          <w:b w:val="0"/>
          <w:i w:val="0"/>
        </w:rPr>
        <w:t>Lotus Nail &amp; Spa is a new nail salon and day spa business based in [City, State]. We will serve regular manicure and pedicure clients and bridal parties and events, offering manicures and pedicures, gel and acrylic nails and facials and massage. Our goal is to become the go-to choice for [your target customer] in [your area] by [your key difference, such as quality, speed, price or specialty].</w:t>
      </w:r>
    </w:p>
    <w:p>
      <w:r>
        <w:rPr>
          <w:b w:val="0"/>
          <w:i w:val="0"/>
        </w:rPr>
        <w:t>We project first-year revenue of about $280,000, growing to $402,000 by year three. Startup costs are estimated between $48,500 and $197,000. We are seeking $123,000 in [loan / investment / owner funds] to cover startup costs and working capital. [Add one or two sentences on the owner's experience and any early traction such as signed customers, pre-orders or a secured location.]</w:t>
      </w:r>
    </w:p>
    <w:p>
      <w:pPr>
        <w:pStyle w:val="Heading1"/>
      </w:pPr>
      <w:r>
        <w:t>2. Company Description</w:t>
      </w:r>
    </w:p>
    <w:p>
      <w:r>
        <w:rPr>
          <w:b w:val="0"/>
          <w:i w:val="0"/>
        </w:rPr>
        <w:t>Nail salons and day spas depend on repeat visits, service speed and a comfortable atmosphere. Your plan should cover the service menu, technician staffing, sanitation standards and how memberships or packages smooth out revenue.</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Item</w:t>
            </w:r>
          </w:p>
        </w:tc>
        <w:tc>
          <w:tcPr>
            <w:tcW w:type="dxa" w:w="5100"/>
            <w:shd w:val="clear" w:color="auto" w:fill="0F5D4E"/>
          </w:tcPr>
          <w:p>
            <w:r/>
            <w:r>
              <w:rPr>
                <w:b/>
                <w:color w:val="FFFFFF"/>
              </w:rPr>
              <w:t>Details</w:t>
            </w:r>
          </w:p>
        </w:tc>
      </w:tr>
      <w:tr>
        <w:tc>
          <w:tcPr>
            <w:tcW w:type="dxa" w:w="5100"/>
          </w:tcPr>
          <w:p>
            <w:r>
              <w:t>Legal name</w:t>
            </w:r>
          </w:p>
        </w:tc>
        <w:tc>
          <w:tcPr>
            <w:tcW w:type="dxa" w:w="5100"/>
          </w:tcPr>
          <w:p>
            <w:r>
              <w:t>[Lotus Nail &amp; Spa LLC]</w:t>
            </w:r>
          </w:p>
        </w:tc>
      </w:tr>
      <w:tr>
        <w:tc>
          <w:tcPr>
            <w:tcW w:type="dxa" w:w="5100"/>
          </w:tcPr>
          <w:p>
            <w:r>
              <w:t>Legal structure</w:t>
            </w:r>
          </w:p>
        </w:tc>
        <w:tc>
          <w:tcPr>
            <w:tcW w:type="dxa" w:w="5100"/>
          </w:tcPr>
          <w:p>
            <w:r>
              <w:t>[LLC / sole proprietorship / corporation / partnership]</w:t>
            </w:r>
          </w:p>
        </w:tc>
      </w:tr>
      <w:tr>
        <w:tc>
          <w:tcPr>
            <w:tcW w:type="dxa" w:w="5100"/>
          </w:tcPr>
          <w:p>
            <w:r>
              <w:t>Location</w:t>
            </w:r>
          </w:p>
        </w:tc>
        <w:tc>
          <w:tcPr>
            <w:tcW w:type="dxa" w:w="5100"/>
          </w:tcPr>
          <w:p>
            <w:r>
              <w:t>[Address or service area]</w:t>
            </w:r>
          </w:p>
        </w:tc>
      </w:tr>
      <w:tr>
        <w:tc>
          <w:tcPr>
            <w:tcW w:type="dxa" w:w="5100"/>
          </w:tcPr>
          <w:p>
            <w:r>
              <w:t>Owners</w:t>
            </w:r>
          </w:p>
        </w:tc>
        <w:tc>
          <w:tcPr>
            <w:tcW w:type="dxa" w:w="5100"/>
          </w:tcPr>
          <w:p>
            <w:r>
              <w:t>[Names and ownership %]</w:t>
            </w:r>
          </w:p>
        </w:tc>
      </w:tr>
      <w:tr>
        <w:tc>
          <w:tcPr>
            <w:tcW w:type="dxa" w:w="5100"/>
          </w:tcPr>
          <w:p>
            <w:r>
              <w:t>Stage</w:t>
            </w:r>
          </w:p>
        </w:tc>
        <w:tc>
          <w:tcPr>
            <w:tcW w:type="dxa" w:w="5100"/>
          </w:tcPr>
          <w:p>
            <w:r>
              <w:t>[Idea / pre-launch / operating since 20XX]</w:t>
            </w:r>
          </w:p>
        </w:tc>
      </w:tr>
    </w:tbl>
    <w:p/>
    <w:p>
      <w:r>
        <w:rPr>
          <w:b/>
          <w:i w:val="0"/>
        </w:rPr>
        <w:t>Mission statement</w:t>
      </w:r>
    </w:p>
    <w:tbl>
      <w:tblPr>
        <w:tblStyle w:val="TableGrid"/>
        <w:tblW w:type="auto" w:w="0"/>
        <w:tblLook w:firstColumn="1" w:firstRow="1" w:lastColumn="0" w:lastRow="0" w:noHBand="0" w:noVBand="1" w:val="04A0"/>
      </w:tblPr>
      <w:tblGrid>
        <w:gridCol w:w="10200"/>
      </w:tblGrid>
      <w:tr>
        <w:tc>
          <w:tcPr>
            <w:tcW w:type="dxa" w:w="10200"/>
          </w:tcPr>
          <w:p/>
          <w:p/>
        </w:tc>
      </w:tr>
    </w:tbl>
    <w:p/>
    <w:p>
      <w:pPr>
        <w:pStyle w:val="Heading1"/>
      </w:pPr>
      <w:r>
        <w:t>3. Products and Services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Offering</w:t>
            </w:r>
          </w:p>
        </w:tc>
        <w:tc>
          <w:tcPr>
            <w:tcW w:type="dxa" w:w="2550"/>
            <w:shd w:val="clear" w:color="auto" w:fill="0F5D4E"/>
          </w:tcPr>
          <w:p>
            <w:r/>
            <w:r>
              <w:rPr>
                <w:b/>
                <w:color w:val="FFFFFF"/>
              </w:rPr>
              <w:t>Description</w:t>
            </w:r>
          </w:p>
        </w:tc>
        <w:tc>
          <w:tcPr>
            <w:tcW w:type="dxa" w:w="2550"/>
            <w:shd w:val="clear" w:color="auto" w:fill="0F5D4E"/>
          </w:tcPr>
          <w:p>
            <w:r/>
            <w:r>
              <w:rPr>
                <w:b/>
                <w:color w:val="FFFFFF"/>
              </w:rPr>
              <w:t>Price</w:t>
            </w:r>
          </w:p>
        </w:tc>
        <w:tc>
          <w:tcPr>
            <w:tcW w:type="dxa" w:w="2550"/>
            <w:shd w:val="clear" w:color="auto" w:fill="0F5D4E"/>
          </w:tcPr>
          <w:p>
            <w:r/>
            <w:r>
              <w:rPr>
                <w:b/>
                <w:color w:val="FFFFFF"/>
              </w:rPr>
              <w:t>Cost to deliver</w:t>
            </w:r>
          </w:p>
        </w:tc>
      </w:tr>
      <w:tr>
        <w:tc>
          <w:tcPr>
            <w:tcW w:type="dxa" w:w="2550"/>
          </w:tcPr>
          <w:p>
            <w:r>
              <w:t>Manicures and pedicures</w:t>
            </w:r>
          </w:p>
        </w:tc>
        <w:tc>
          <w:tcPr>
            <w:tcW w:type="dxa" w:w="2550"/>
          </w:tcPr>
          <w:p>
            <w:r>
              <w:t>[Describe]</w:t>
            </w:r>
          </w:p>
        </w:tc>
        <w:tc>
          <w:tcPr>
            <w:tcW w:type="dxa" w:w="2550"/>
          </w:tcPr>
          <w:p>
            <w:r>
              <w:t>[$]</w:t>
            </w:r>
          </w:p>
        </w:tc>
        <w:tc>
          <w:tcPr>
            <w:tcW w:type="dxa" w:w="2550"/>
          </w:tcPr>
          <w:p>
            <w:r>
              <w:t>[$]</w:t>
            </w:r>
          </w:p>
        </w:tc>
      </w:tr>
      <w:tr>
        <w:tc>
          <w:tcPr>
            <w:tcW w:type="dxa" w:w="2550"/>
          </w:tcPr>
          <w:p>
            <w:r>
              <w:t>Gel and acrylic nails</w:t>
            </w:r>
          </w:p>
        </w:tc>
        <w:tc>
          <w:tcPr>
            <w:tcW w:type="dxa" w:w="2550"/>
          </w:tcPr>
          <w:p>
            <w:r>
              <w:t>[Describe]</w:t>
            </w:r>
          </w:p>
        </w:tc>
        <w:tc>
          <w:tcPr>
            <w:tcW w:type="dxa" w:w="2550"/>
          </w:tcPr>
          <w:p>
            <w:r>
              <w:t>[$]</w:t>
            </w:r>
          </w:p>
        </w:tc>
        <w:tc>
          <w:tcPr>
            <w:tcW w:type="dxa" w:w="2550"/>
          </w:tcPr>
          <w:p>
            <w:r>
              <w:t>[$]</w:t>
            </w:r>
          </w:p>
        </w:tc>
      </w:tr>
      <w:tr>
        <w:tc>
          <w:tcPr>
            <w:tcW w:type="dxa" w:w="2550"/>
          </w:tcPr>
          <w:p>
            <w:r>
              <w:t>Facials and massage</w:t>
            </w:r>
          </w:p>
        </w:tc>
        <w:tc>
          <w:tcPr>
            <w:tcW w:type="dxa" w:w="2550"/>
          </w:tcPr>
          <w:p>
            <w:r>
              <w:t>[Describe]</w:t>
            </w:r>
          </w:p>
        </w:tc>
        <w:tc>
          <w:tcPr>
            <w:tcW w:type="dxa" w:w="2550"/>
          </w:tcPr>
          <w:p>
            <w:r>
              <w:t>[$]</w:t>
            </w:r>
          </w:p>
        </w:tc>
        <w:tc>
          <w:tcPr>
            <w:tcW w:type="dxa" w:w="2550"/>
          </w:tcPr>
          <w:p>
            <w:r>
              <w:t>[$]</w:t>
            </w:r>
          </w:p>
        </w:tc>
      </w:tr>
      <w:tr>
        <w:tc>
          <w:tcPr>
            <w:tcW w:type="dxa" w:w="2550"/>
          </w:tcPr>
          <w:p>
            <w:r>
              <w:t>Waxing and lash services</w:t>
            </w:r>
          </w:p>
        </w:tc>
        <w:tc>
          <w:tcPr>
            <w:tcW w:type="dxa" w:w="2550"/>
          </w:tcPr>
          <w:p>
            <w:r>
              <w:t>[Describe]</w:t>
            </w:r>
          </w:p>
        </w:tc>
        <w:tc>
          <w:tcPr>
            <w:tcW w:type="dxa" w:w="2550"/>
          </w:tcPr>
          <w:p>
            <w:r>
              <w:t>[$]</w:t>
            </w:r>
          </w:p>
        </w:tc>
        <w:tc>
          <w:tcPr>
            <w:tcW w:type="dxa" w:w="2550"/>
          </w:tcPr>
          <w:p>
            <w:r>
              <w:t>[$]</w:t>
            </w:r>
          </w:p>
        </w:tc>
      </w:tr>
      <w:tr>
        <w:tc>
          <w:tcPr>
            <w:tcW w:type="dxa" w:w="2550"/>
          </w:tcPr>
          <w:p>
            <w:r>
              <w:t>Spa packages and memberships</w:t>
            </w:r>
          </w:p>
        </w:tc>
        <w:tc>
          <w:tcPr>
            <w:tcW w:type="dxa" w:w="2550"/>
          </w:tcPr>
          <w:p>
            <w:r>
              <w:t>[Describe]</w:t>
            </w:r>
          </w:p>
        </w:tc>
        <w:tc>
          <w:tcPr>
            <w:tcW w:type="dxa" w:w="2550"/>
          </w:tcPr>
          <w:p>
            <w:r>
              <w:t>[$]</w:t>
            </w:r>
          </w:p>
        </w:tc>
        <w:tc>
          <w:tcPr>
            <w:tcW w:type="dxa" w:w="2550"/>
          </w:tcPr>
          <w:p>
            <w:r>
              <w:t>[$]</w:t>
            </w:r>
          </w:p>
        </w:tc>
      </w:tr>
    </w:tbl>
    <w:p/>
    <w:p>
      <w:r>
        <w:rPr>
          <w:b/>
          <w:i w:val="0"/>
        </w:rPr>
        <w:t>Revenue streams:</w:t>
      </w:r>
    </w:p>
    <w:p>
      <w:pPr>
        <w:pStyle w:val="ListBullet"/>
      </w:pPr>
      <w:r>
        <w:t>Service sales</w:t>
      </w:r>
    </w:p>
    <w:p>
      <w:pPr>
        <w:pStyle w:val="ListBullet"/>
      </w:pPr>
      <w:r>
        <w:t>Memberships and packages</w:t>
      </w:r>
    </w:p>
    <w:p>
      <w:pPr>
        <w:pStyle w:val="ListBullet"/>
      </w:pPr>
      <w:r>
        <w:t>Gift cards and retail</w:t>
      </w:r>
    </w:p>
    <w:p>
      <w:pPr>
        <w:pStyle w:val="Heading1"/>
      </w:pPr>
      <w:r>
        <w:t>4. Market Analysis</w:t>
      </w:r>
    </w:p>
    <w:p>
      <w:r>
        <w:rPr>
          <w:b/>
          <w:i w:val="0"/>
        </w:rPr>
        <w:t>Target customers:</w:t>
      </w:r>
    </w:p>
    <w:p>
      <w:pPr>
        <w:pStyle w:val="ListBullet"/>
      </w:pPr>
      <w:r>
        <w:t>Regular manicure and pedicure clients</w:t>
      </w:r>
    </w:p>
    <w:p>
      <w:pPr>
        <w:pStyle w:val="ListBullet"/>
      </w:pPr>
      <w:r>
        <w:t>Bridal parties and events</w:t>
      </w:r>
    </w:p>
    <w:p>
      <w:pPr>
        <w:pStyle w:val="ListBullet"/>
      </w:pPr>
      <w:r>
        <w:t>Spa gift card buyers</w:t>
      </w:r>
    </w:p>
    <w:p>
      <w:pPr>
        <w:pStyle w:val="ListBullet"/>
      </w:pPr>
      <w:r>
        <w:t>Corporate wellness groups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Market</w:t>
            </w:r>
          </w:p>
        </w:tc>
        <w:tc>
          <w:tcPr>
            <w:tcW w:type="dxa" w:w="3400"/>
            <w:shd w:val="clear" w:color="auto" w:fill="0F5D4E"/>
          </w:tcPr>
          <w:p>
            <w:r/>
            <w:r>
              <w:rPr>
                <w:b/>
                <w:color w:val="FFFFFF"/>
              </w:rPr>
              <w:t>Estimate</w:t>
            </w:r>
          </w:p>
        </w:tc>
        <w:tc>
          <w:tcPr>
            <w:tcW w:type="dxa" w:w="3400"/>
            <w:shd w:val="clear" w:color="auto" w:fill="0F5D4E"/>
          </w:tcPr>
          <w:p>
            <w:r/>
            <w:r>
              <w:rPr>
                <w:b/>
                <w:color w:val="FFFFFF"/>
              </w:rPr>
              <w:t>Source</w:t>
            </w:r>
          </w:p>
        </w:tc>
      </w:tr>
      <w:tr>
        <w:tc>
          <w:tcPr>
            <w:tcW w:type="dxa" w:w="3400"/>
          </w:tcPr>
          <w:p>
            <w:r>
              <w:t>Potential customers in our area</w:t>
            </w:r>
          </w:p>
        </w:tc>
        <w:tc>
          <w:tcPr>
            <w:tcW w:type="dxa" w:w="3400"/>
          </w:tcPr>
          <w:p>
            <w:r>
              <w:t>[#]</w:t>
            </w:r>
          </w:p>
        </w:tc>
        <w:tc>
          <w:tcPr>
            <w:tcW w:type="dxa" w:w="3400"/>
          </w:tcPr>
          <w:p>
            <w:r>
              <w:t>[Census data, local reports]</w:t>
            </w:r>
          </w:p>
        </w:tc>
      </w:tr>
      <w:tr>
        <w:tc>
          <w:tcPr>
            <w:tcW w:type="dxa" w:w="3400"/>
          </w:tcPr>
          <w:p>
            <w:r>
              <w:t>Customers we can realistically reach</w:t>
            </w:r>
          </w:p>
        </w:tc>
        <w:tc>
          <w:tcPr>
            <w:tcW w:type="dxa" w:w="3400"/>
          </w:tcPr>
          <w:p>
            <w:r>
              <w:t>[#]</w:t>
            </w:r>
          </w:p>
        </w:tc>
        <w:tc>
          <w:tcPr>
            <w:tcW w:type="dxa" w:w="3400"/>
          </w:tcPr>
          <w:p>
            <w:r/>
            <w:r>
              <w:t xml:space="preserve"> </w:t>
            </w:r>
          </w:p>
        </w:tc>
      </w:tr>
      <w:tr>
        <w:tc>
          <w:tcPr>
            <w:tcW w:type="dxa" w:w="3400"/>
          </w:tcPr>
          <w:p>
            <w:r>
              <w:t>Target share in year one</w:t>
            </w:r>
          </w:p>
        </w:tc>
        <w:tc>
          <w:tcPr>
            <w:tcW w:type="dxa" w:w="3400"/>
          </w:tcPr>
          <w:p>
            <w:r>
              <w:t>[%]</w:t>
            </w:r>
          </w:p>
        </w:tc>
        <w:tc>
          <w:tcPr>
            <w:tcW w:type="dxa" w:w="3400"/>
          </w:tcPr>
          <w:p>
            <w:r/>
            <w:r>
              <w:t xml:space="preserve"> </w:t>
            </w:r>
          </w:p>
        </w:tc>
      </w:tr>
    </w:tbl>
    <w:p/>
    <w:p>
      <w:r>
        <w:rPr>
          <w:b/>
          <w:i w:val="0"/>
        </w:rPr>
        <w:t>Industry trends affecting our business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5. Competition</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Competitor</w:t>
            </w:r>
          </w:p>
        </w:tc>
        <w:tc>
          <w:tcPr>
            <w:tcW w:type="dxa" w:w="2550"/>
            <w:shd w:val="clear" w:color="auto" w:fill="0F5D4E"/>
          </w:tcPr>
          <w:p>
            <w:r/>
            <w:r>
              <w:rPr>
                <w:b/>
                <w:color w:val="FFFFFF"/>
              </w:rPr>
              <w:t>Strengths</w:t>
            </w:r>
          </w:p>
        </w:tc>
        <w:tc>
          <w:tcPr>
            <w:tcW w:type="dxa" w:w="2550"/>
            <w:shd w:val="clear" w:color="auto" w:fill="0F5D4E"/>
          </w:tcPr>
          <w:p>
            <w:r/>
            <w:r>
              <w:rPr>
                <w:b/>
                <w:color w:val="FFFFFF"/>
              </w:rPr>
              <w:t>Weaknesses</w:t>
            </w:r>
          </w:p>
        </w:tc>
        <w:tc>
          <w:tcPr>
            <w:tcW w:type="dxa" w:w="2550"/>
            <w:shd w:val="clear" w:color="auto" w:fill="0F5D4E"/>
          </w:tcPr>
          <w:p>
            <w:r/>
            <w:r>
              <w:rPr>
                <w:b/>
                <w:color w:val="FFFFFF"/>
              </w:rPr>
              <w:t>Price range</w:t>
            </w:r>
          </w:p>
        </w:tc>
      </w:tr>
      <w:tr>
        <w:tc>
          <w:tcPr>
            <w:tcW w:type="dxa" w:w="2550"/>
          </w:tcPr>
          <w:p>
            <w:r>
              <w:t>[Competitor 1]</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2]</w:t>
            </w:r>
          </w:p>
        </w:tc>
        <w:tc>
          <w:tcPr>
            <w:tcW w:type="dxa" w:w="2550"/>
          </w:tcPr>
          <w:p>
            <w:r/>
            <w:r>
              <w:t xml:space="preserve"> </w:t>
            </w:r>
          </w:p>
        </w:tc>
        <w:tc>
          <w:tcPr>
            <w:tcW w:type="dxa" w:w="2550"/>
          </w:tcPr>
          <w:p>
            <w:r/>
            <w:r>
              <w:t xml:space="preserve"> </w:t>
            </w:r>
          </w:p>
        </w:tc>
        <w:tc>
          <w:tcPr>
            <w:tcW w:type="dxa" w:w="2550"/>
          </w:tcPr>
          <w:p>
            <w:r/>
            <w:r>
              <w:t xml:space="preserve"> </w:t>
            </w:r>
          </w:p>
        </w:tc>
      </w:tr>
      <w:tr>
        <w:tc>
          <w:tcPr>
            <w:tcW w:type="dxa" w:w="2550"/>
          </w:tcPr>
          <w:p>
            <w:r>
              <w:t>[Competitor 3]</w:t>
            </w:r>
          </w:p>
        </w:tc>
        <w:tc>
          <w:tcPr>
            <w:tcW w:type="dxa" w:w="2550"/>
          </w:tcPr>
          <w:p>
            <w:r/>
            <w:r>
              <w:t xml:space="preserve"> </w:t>
            </w:r>
          </w:p>
        </w:tc>
        <w:tc>
          <w:tcPr>
            <w:tcW w:type="dxa" w:w="2550"/>
          </w:tcPr>
          <w:p>
            <w:r/>
            <w:r>
              <w:t xml:space="preserve"> </w:t>
            </w:r>
          </w:p>
        </w:tc>
        <w:tc>
          <w:tcPr>
            <w:tcW w:type="dxa" w:w="2550"/>
          </w:tcPr>
          <w:p>
            <w:r/>
            <w:r>
              <w:t xml:space="preserve"> </w:t>
            </w:r>
          </w:p>
        </w:tc>
      </w:tr>
    </w:tbl>
    <w:p/>
    <w:p>
      <w:r>
        <w:rPr>
          <w:b/>
          <w:i w:val="0"/>
        </w:rPr>
        <w:t>Why customers will choose us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6. Marketing and Sales</w:t>
      </w:r>
    </w:p>
    <w:p>
      <w:r>
        <w:rPr>
          <w:b/>
          <w:i w:val="0"/>
        </w:rPr>
        <w:t>Planned marketing activities:</w:t>
      </w:r>
    </w:p>
    <w:p>
      <w:pPr>
        <w:pStyle w:val="ListBullet"/>
      </w:pPr>
      <w:r>
        <w:t>Google reviews and booking links</w:t>
      </w:r>
    </w:p>
    <w:p>
      <w:pPr>
        <w:pStyle w:val="ListBullet"/>
      </w:pPr>
      <w:r>
        <w:t>Bridal party packages</w:t>
      </w:r>
    </w:p>
    <w:p>
      <w:pPr>
        <w:pStyle w:val="ListBullet"/>
      </w:pPr>
      <w:r>
        <w:t>Membership promotions</w:t>
      </w:r>
    </w:p>
    <w:p>
      <w:pPr>
        <w:pStyle w:val="ListBullet"/>
      </w:pPr>
      <w:r>
        <w:t>Holiday gift card campaigns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Channel</w:t>
            </w:r>
          </w:p>
        </w:tc>
        <w:tc>
          <w:tcPr>
            <w:tcW w:type="dxa" w:w="3400"/>
            <w:shd w:val="clear" w:color="auto" w:fill="0F5D4E"/>
          </w:tcPr>
          <w:p>
            <w:r/>
            <w:r>
              <w:rPr>
                <w:b/>
                <w:color w:val="FFFFFF"/>
              </w:rPr>
              <w:t>Monthly budget</w:t>
            </w:r>
          </w:p>
        </w:tc>
        <w:tc>
          <w:tcPr>
            <w:tcW w:type="dxa" w:w="3400"/>
            <w:shd w:val="clear" w:color="auto" w:fill="0F5D4E"/>
          </w:tcPr>
          <w:p>
            <w:r/>
            <w:r>
              <w:rPr>
                <w:b/>
                <w:color w:val="FFFFFF"/>
              </w:rPr>
              <w:t>Goal</w:t>
            </w:r>
          </w:p>
        </w:tc>
      </w:tr>
      <w:tr>
        <w:tc>
          <w:tcPr>
            <w:tcW w:type="dxa" w:w="3400"/>
          </w:tcPr>
          <w:p>
            <w:r>
              <w:t>Google ...</w:t>
            </w:r>
          </w:p>
        </w:tc>
        <w:tc>
          <w:tcPr>
            <w:tcW w:type="dxa" w:w="3400"/>
          </w:tcPr>
          <w:p>
            <w:r>
              <w:t>[$]</w:t>
            </w:r>
          </w:p>
        </w:tc>
        <w:tc>
          <w:tcPr>
            <w:tcW w:type="dxa" w:w="3400"/>
          </w:tcPr>
          <w:p>
            <w:r>
              <w:t>[#]</w:t>
            </w:r>
          </w:p>
        </w:tc>
      </w:tr>
      <w:tr>
        <w:tc>
          <w:tcPr>
            <w:tcW w:type="dxa" w:w="3400"/>
          </w:tcPr>
          <w:p>
            <w:r>
              <w:t>Bridal ...</w:t>
            </w:r>
          </w:p>
        </w:tc>
        <w:tc>
          <w:tcPr>
            <w:tcW w:type="dxa" w:w="3400"/>
          </w:tcPr>
          <w:p>
            <w:r>
              <w:t>[$]</w:t>
            </w:r>
          </w:p>
        </w:tc>
        <w:tc>
          <w:tcPr>
            <w:tcW w:type="dxa" w:w="3400"/>
          </w:tcPr>
          <w:p>
            <w:r>
              <w:t>[#]</w:t>
            </w:r>
          </w:p>
        </w:tc>
      </w:tr>
      <w:tr>
        <w:tc>
          <w:tcPr>
            <w:tcW w:type="dxa" w:w="3400"/>
          </w:tcPr>
          <w:p>
            <w:r>
              <w:t>Membership ...</w:t>
            </w:r>
          </w:p>
        </w:tc>
        <w:tc>
          <w:tcPr>
            <w:tcW w:type="dxa" w:w="3400"/>
          </w:tcPr>
          <w:p>
            <w:r>
              <w:t>[$]</w:t>
            </w:r>
          </w:p>
        </w:tc>
        <w:tc>
          <w:tcPr>
            <w:tcW w:type="dxa" w:w="3400"/>
          </w:tcPr>
          <w:p>
            <w:r>
              <w:t>[#]</w:t>
            </w:r>
          </w:p>
        </w:tc>
      </w:tr>
    </w:tbl>
    <w:p/>
    <w:p>
      <w:pPr>
        <w:pStyle w:val="Heading1"/>
      </w:pPr>
      <w:r>
        <w:t>7. Operations</w:t>
      </w:r>
    </w:p>
    <w:p>
      <w:r>
        <w:rPr>
          <w:b/>
          <w:i w:val="0"/>
        </w:rPr>
        <w:t>Location, facilities and equipment</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Suppliers and day-to-day operations</w:t>
      </w:r>
    </w:p>
    <w:tbl>
      <w:tblPr>
        <w:tblStyle w:val="TableGrid"/>
        <w:tblW w:type="auto" w:w="0"/>
        <w:tblLook w:firstColumn="1" w:firstRow="1" w:lastColumn="0" w:lastRow="0" w:noHBand="0" w:noVBand="1" w:val="04A0"/>
      </w:tblPr>
      <w:tblGrid>
        <w:gridCol w:w="10200"/>
      </w:tblGrid>
      <w:tr>
        <w:tc>
          <w:tcPr>
            <w:tcW w:type="dxa" w:w="10200"/>
          </w:tcPr>
          <w:p/>
          <w:p/>
          <w:p/>
        </w:tc>
      </w:tr>
    </w:tbl>
    <w:p/>
    <w:p>
      <w:r>
        <w:rPr>
          <w:b/>
          <w:i w:val="0"/>
        </w:rPr>
        <w:t>Licenses, permits and insurance to obtain:</w:t>
      </w:r>
    </w:p>
    <w:p>
      <w:pPr>
        <w:pStyle w:val="ListBullet"/>
      </w:pPr>
      <w:r>
        <w:t>Salon establishment license  [ ] obtained</w:t>
      </w:r>
    </w:p>
    <w:p>
      <w:pPr>
        <w:pStyle w:val="ListBullet"/>
      </w:pPr>
      <w:r>
        <w:t>Nail technician and esthetician licenses  [ ] obtained</w:t>
      </w:r>
    </w:p>
    <w:p>
      <w:pPr>
        <w:pStyle w:val="ListBullet"/>
      </w:pPr>
      <w:r>
        <w:t>Massage therapy licensing for massage services  [ ] obtained</w:t>
      </w:r>
    </w:p>
    <w:p>
      <w:pPr>
        <w:pStyle w:val="ListBullet"/>
      </w:pPr>
      <w:r>
        <w:t>Health inspections  [ ] obtained</w:t>
      </w:r>
    </w:p>
    <w:p>
      <w:r>
        <w:rPr>
          <w:b w:val="0"/>
          <w:i/>
          <w:color w:val="6B7280"/>
          <w:sz w:val="18"/>
        </w:rPr>
        <w:t>Requirements vary by state and city. Confirm with your local licensing office.</w:t>
      </w:r>
    </w:p>
    <w:p>
      <w:pPr>
        <w:pStyle w:val="Heading1"/>
      </w:pPr>
      <w:r>
        <w:t>8. Management and Staffing</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Name</w:t>
            </w:r>
          </w:p>
        </w:tc>
        <w:tc>
          <w:tcPr>
            <w:tcW w:type="dxa" w:w="3400"/>
            <w:shd w:val="clear" w:color="auto" w:fill="0F5D4E"/>
          </w:tcPr>
          <w:p>
            <w:r/>
            <w:r>
              <w:rPr>
                <w:b/>
                <w:color w:val="FFFFFF"/>
              </w:rPr>
              <w:t>Role</w:t>
            </w:r>
          </w:p>
        </w:tc>
        <w:tc>
          <w:tcPr>
            <w:tcW w:type="dxa" w:w="3400"/>
            <w:shd w:val="clear" w:color="auto" w:fill="0F5D4E"/>
          </w:tcPr>
          <w:p>
            <w:r/>
            <w:r>
              <w:rPr>
                <w:b/>
                <w:color w:val="FFFFFF"/>
              </w:rPr>
              <w:t>Experience</w:t>
            </w:r>
          </w:p>
        </w:tc>
      </w:tr>
      <w:tr>
        <w:tc>
          <w:tcPr>
            <w:tcW w:type="dxa" w:w="3400"/>
          </w:tcPr>
          <w:p>
            <w:r>
              <w:t>[Owner name]</w:t>
            </w:r>
          </w:p>
        </w:tc>
        <w:tc>
          <w:tcPr>
            <w:tcW w:type="dxa" w:w="3400"/>
          </w:tcPr>
          <w:p>
            <w:r>
              <w:t>Owner / manager</w:t>
            </w:r>
          </w:p>
        </w:tc>
        <w:tc>
          <w:tcPr>
            <w:tcW w:type="dxa" w:w="3400"/>
          </w:tcPr>
          <w:p>
            <w:r>
              <w:t>[Relevant experience]</w:t>
            </w:r>
          </w:p>
        </w:tc>
      </w:tr>
      <w:tr>
        <w:tc>
          <w:tcPr>
            <w:tcW w:type="dxa" w:w="3400"/>
          </w:tcPr>
          <w:p>
            <w:r/>
            <w:r>
              <w:t xml:space="preserve"> </w:t>
            </w:r>
          </w:p>
        </w:tc>
        <w:tc>
          <w:tcPr>
            <w:tcW w:type="dxa" w:w="3400"/>
          </w:tcPr>
          <w:p>
            <w:r/>
            <w:r>
              <w:t xml:space="preserve"> </w:t>
            </w:r>
          </w:p>
        </w:tc>
        <w:tc>
          <w:tcPr>
            <w:tcW w:type="dxa" w:w="3400"/>
          </w:tcPr>
          <w:p>
            <w:r/>
            <w:r>
              <w:t xml:space="preserve"> </w:t>
            </w:r>
          </w:p>
        </w:tc>
      </w:tr>
      <w:tr>
        <w:tc>
          <w:tcPr>
            <w:tcW w:type="dxa" w:w="3400"/>
          </w:tcPr>
          <w:p>
            <w:r/>
            <w:r>
              <w:t xml:space="preserve"> </w:t>
            </w:r>
          </w:p>
        </w:tc>
        <w:tc>
          <w:tcPr>
            <w:tcW w:type="dxa" w:w="3400"/>
          </w:tcPr>
          <w:p>
            <w:r/>
            <w:r>
              <w:t xml:space="preserve"> </w:t>
            </w:r>
          </w:p>
        </w:tc>
        <w:tc>
          <w:tcPr>
            <w:tcW w:type="dxa" w:w="3400"/>
          </w:tcPr>
          <w:p>
            <w:r/>
            <w:r>
              <w:t xml:space="preserve"> </w:t>
            </w:r>
          </w:p>
        </w:tc>
      </w:tr>
    </w:tbl>
    <w:p/>
    <w:p>
      <w:r>
        <w:rPr>
          <w:b/>
          <w:i w:val="0"/>
        </w:rPr>
        <w:t>Hiring plan for the first three years</w:t>
      </w:r>
    </w:p>
    <w:tbl>
      <w:tblPr>
        <w:tblStyle w:val="TableGrid"/>
        <w:tblW w:type="auto" w:w="0"/>
        <w:tblLook w:firstColumn="1" w:firstRow="1" w:lastColumn="0" w:lastRow="0" w:noHBand="0" w:noVBand="1" w:val="04A0"/>
      </w:tblPr>
      <w:tblGrid>
        <w:gridCol w:w="10200"/>
      </w:tblGrid>
      <w:tr>
        <w:tc>
          <w:tcPr>
            <w:tcW w:type="dxa" w:w="10200"/>
          </w:tcPr>
          <w:p/>
          <w:p/>
          <w:p/>
        </w:tc>
      </w:tr>
    </w:tbl>
    <w:p/>
    <w:p>
      <w:pPr>
        <w:pStyle w:val="Heading1"/>
      </w:pPr>
      <w:r>
        <w:t>9. Key Performance Indicators</w:t>
      </w:r>
    </w:p>
    <w:tbl>
      <w:tblPr>
        <w:tblStyle w:val="TableGrid"/>
        <w:tblW w:type="auto" w:w="0"/>
        <w:jc w:val="center"/>
        <w:tblLook w:firstColumn="1" w:firstRow="1" w:lastColumn="0" w:lastRow="0" w:noHBand="0" w:noVBand="1" w:val="04A0"/>
      </w:tblPr>
      <w:tblGrid>
        <w:gridCol w:w="3400"/>
        <w:gridCol w:w="3400"/>
        <w:gridCol w:w="3400"/>
      </w:tblGrid>
      <w:tr>
        <w:tc>
          <w:tcPr>
            <w:tcW w:type="dxa" w:w="3400"/>
            <w:shd w:val="clear" w:color="auto" w:fill="0F5D4E"/>
          </w:tcPr>
          <w:p>
            <w:r/>
            <w:r>
              <w:rPr>
                <w:b/>
                <w:color w:val="FFFFFF"/>
              </w:rPr>
              <w:t>Metric</w:t>
            </w:r>
          </w:p>
        </w:tc>
        <w:tc>
          <w:tcPr>
            <w:tcW w:type="dxa" w:w="3400"/>
            <w:shd w:val="clear" w:color="auto" w:fill="0F5D4E"/>
          </w:tcPr>
          <w:p>
            <w:r/>
            <w:r>
              <w:rPr>
                <w:b/>
                <w:color w:val="FFFFFF"/>
              </w:rPr>
              <w:t>Why it matters</w:t>
            </w:r>
          </w:p>
        </w:tc>
        <w:tc>
          <w:tcPr>
            <w:tcW w:type="dxa" w:w="3400"/>
            <w:shd w:val="clear" w:color="auto" w:fill="0F5D4E"/>
          </w:tcPr>
          <w:p>
            <w:r/>
            <w:r>
              <w:rPr>
                <w:b/>
                <w:color w:val="FFFFFF"/>
              </w:rPr>
              <w:t>Our target</w:t>
            </w:r>
          </w:p>
        </w:tc>
      </w:tr>
      <w:tr>
        <w:tc>
          <w:tcPr>
            <w:tcW w:type="dxa" w:w="3400"/>
          </w:tcPr>
          <w:p>
            <w:r>
              <w:t>Revenue per technician</w:t>
            </w:r>
          </w:p>
        </w:tc>
        <w:tc>
          <w:tcPr>
            <w:tcW w:type="dxa" w:w="3400"/>
          </w:tcPr>
          <w:p>
            <w:r>
              <w:t>Productivity of each team member.</w:t>
            </w:r>
          </w:p>
        </w:tc>
        <w:tc>
          <w:tcPr>
            <w:tcW w:type="dxa" w:w="3400"/>
          </w:tcPr>
          <w:p>
            <w:r>
              <w:t>[Target]</w:t>
            </w:r>
          </w:p>
        </w:tc>
      </w:tr>
      <w:tr>
        <w:tc>
          <w:tcPr>
            <w:tcW w:type="dxa" w:w="3400"/>
          </w:tcPr>
          <w:p>
            <w:r>
              <w:t>Repeat visit rate</w:t>
            </w:r>
          </w:p>
        </w:tc>
        <w:tc>
          <w:tcPr>
            <w:tcW w:type="dxa" w:w="3400"/>
          </w:tcPr>
          <w:p>
            <w:r>
              <w:t>Clients returning within six weeks.</w:t>
            </w:r>
          </w:p>
        </w:tc>
        <w:tc>
          <w:tcPr>
            <w:tcW w:type="dxa" w:w="3400"/>
          </w:tcPr>
          <w:p>
            <w:r>
              <w:t>[Target]</w:t>
            </w:r>
          </w:p>
        </w:tc>
      </w:tr>
      <w:tr>
        <w:tc>
          <w:tcPr>
            <w:tcW w:type="dxa" w:w="3400"/>
          </w:tcPr>
          <w:p>
            <w:r>
              <w:t>Membership count</w:t>
            </w:r>
          </w:p>
        </w:tc>
        <w:tc>
          <w:tcPr>
            <w:tcW w:type="dxa" w:w="3400"/>
          </w:tcPr>
          <w:p>
            <w:r>
              <w:t>Predictable monthly income.</w:t>
            </w:r>
          </w:p>
        </w:tc>
        <w:tc>
          <w:tcPr>
            <w:tcW w:type="dxa" w:w="3400"/>
          </w:tcPr>
          <w:p>
            <w:r>
              <w:t>[Target]</w:t>
            </w:r>
          </w:p>
        </w:tc>
      </w:tr>
      <w:tr>
        <w:tc>
          <w:tcPr>
            <w:tcW w:type="dxa" w:w="3400"/>
          </w:tcPr>
          <w:p>
            <w:r>
              <w:t>Average service ticket</w:t>
            </w:r>
          </w:p>
        </w:tc>
        <w:tc>
          <w:tcPr>
            <w:tcW w:type="dxa" w:w="3400"/>
          </w:tcPr>
          <w:p>
            <w:r>
              <w:t>Effect of add-ons and upgrades.</w:t>
            </w:r>
          </w:p>
        </w:tc>
        <w:tc>
          <w:tcPr>
            <w:tcW w:type="dxa" w:w="3400"/>
          </w:tcPr>
          <w:p>
            <w:r>
              <w:t>[Target]</w:t>
            </w:r>
          </w:p>
        </w:tc>
      </w:tr>
    </w:tbl>
    <w:p/>
    <w:p>
      <w:pPr>
        <w:pStyle w:val="Heading1"/>
      </w:pPr>
      <w:r>
        <w:t>10. Risks and How We Will Manage Them</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Risk</w:t>
            </w:r>
          </w:p>
        </w:tc>
        <w:tc>
          <w:tcPr>
            <w:tcW w:type="dxa" w:w="5100"/>
            <w:shd w:val="clear" w:color="auto" w:fill="0F5D4E"/>
          </w:tcPr>
          <w:p>
            <w:r/>
            <w:r>
              <w:rPr>
                <w:b/>
                <w:color w:val="FFFFFF"/>
              </w:rPr>
              <w:t>How we will reduce it</w:t>
            </w:r>
          </w:p>
        </w:tc>
      </w:tr>
      <w:tr>
        <w:tc>
          <w:tcPr>
            <w:tcW w:type="dxa" w:w="5100"/>
          </w:tcPr>
          <w:p>
            <w:r>
              <w:t>Sanitation issues and inspections</w:t>
            </w:r>
          </w:p>
        </w:tc>
        <w:tc>
          <w:tcPr>
            <w:tcW w:type="dxa" w:w="5100"/>
          </w:tcPr>
          <w:p>
            <w:r>
              <w:t>[Your plan]</w:t>
            </w:r>
          </w:p>
        </w:tc>
      </w:tr>
      <w:tr>
        <w:tc>
          <w:tcPr>
            <w:tcW w:type="dxa" w:w="5100"/>
          </w:tcPr>
          <w:p>
            <w:r>
              <w:t>Staffing licensed technicians</w:t>
            </w:r>
          </w:p>
        </w:tc>
        <w:tc>
          <w:tcPr>
            <w:tcW w:type="dxa" w:w="5100"/>
          </w:tcPr>
          <w:p>
            <w:r>
              <w:t>[Your plan]</w:t>
            </w:r>
          </w:p>
        </w:tc>
      </w:tr>
      <w:tr>
        <w:tc>
          <w:tcPr>
            <w:tcW w:type="dxa" w:w="5100"/>
          </w:tcPr>
          <w:p>
            <w:r>
              <w:t>Price competition</w:t>
            </w:r>
          </w:p>
        </w:tc>
        <w:tc>
          <w:tcPr>
            <w:tcW w:type="dxa" w:w="5100"/>
          </w:tcPr>
          <w:p>
            <w:r>
              <w:t>[Your plan]</w:t>
            </w:r>
          </w:p>
        </w:tc>
      </w:tr>
      <w:tr>
        <w:tc>
          <w:tcPr>
            <w:tcW w:type="dxa" w:w="5100"/>
          </w:tcPr>
          <w:p>
            <w:r>
              <w:t>Chemical ventilation requirements</w:t>
            </w:r>
          </w:p>
        </w:tc>
        <w:tc>
          <w:tcPr>
            <w:tcW w:type="dxa" w:w="5100"/>
          </w:tcPr>
          <w:p>
            <w:r>
              <w:t>[Your plan]</w:t>
            </w:r>
          </w:p>
        </w:tc>
      </w:tr>
    </w:tbl>
    <w:p/>
    <w:p>
      <w:pPr>
        <w:pStyle w:val="Heading1"/>
      </w:pPr>
      <w:r>
        <w:t>11. Financial Plan</w:t>
      </w:r>
    </w:p>
    <w:p>
      <w:r>
        <w:rPr>
          <w:b/>
          <w:i w:val="0"/>
        </w:rPr>
        <w:t>Estimated startup costs</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t>Startup cost</w:t>
            </w:r>
          </w:p>
        </w:tc>
        <w:tc>
          <w:tcPr>
            <w:tcW w:type="dxa" w:w="2550"/>
            <w:shd w:val="clear" w:color="auto" w:fill="0F5D4E"/>
          </w:tcPr>
          <w:p>
            <w:r/>
            <w:r>
              <w:rPr>
                <w:b/>
                <w:color w:val="FFFFFF"/>
              </w:rPr>
              <w:t>Typical low</w:t>
            </w:r>
          </w:p>
        </w:tc>
        <w:tc>
          <w:tcPr>
            <w:tcW w:type="dxa" w:w="2550"/>
            <w:shd w:val="clear" w:color="auto" w:fill="0F5D4E"/>
          </w:tcPr>
          <w:p>
            <w:r/>
            <w:r>
              <w:rPr>
                <w:b/>
                <w:color w:val="FFFFFF"/>
              </w:rPr>
              <w:t>Typical high</w:t>
            </w:r>
          </w:p>
        </w:tc>
        <w:tc>
          <w:tcPr>
            <w:tcW w:type="dxa" w:w="2550"/>
            <w:shd w:val="clear" w:color="auto" w:fill="0F5D4E"/>
          </w:tcPr>
          <w:p>
            <w:r/>
            <w:r>
              <w:rPr>
                <w:b/>
                <w:color w:val="FFFFFF"/>
              </w:rPr>
              <w:t>Our estimate</w:t>
            </w:r>
          </w:p>
        </w:tc>
      </w:tr>
      <w:tr>
        <w:tc>
          <w:tcPr>
            <w:tcW w:type="dxa" w:w="2550"/>
          </w:tcPr>
          <w:p>
            <w:r>
              <w:t>Lease deposit and build-out</w:t>
            </w:r>
          </w:p>
        </w:tc>
        <w:tc>
          <w:tcPr>
            <w:tcW w:type="dxa" w:w="2550"/>
          </w:tcPr>
          <w:p>
            <w:r>
              <w:t>$20,000</w:t>
            </w:r>
          </w:p>
        </w:tc>
        <w:tc>
          <w:tcPr>
            <w:tcW w:type="dxa" w:w="2550"/>
          </w:tcPr>
          <w:p>
            <w:r>
              <w:t>$100,000</w:t>
            </w:r>
          </w:p>
        </w:tc>
        <w:tc>
          <w:tcPr>
            <w:tcW w:type="dxa" w:w="2550"/>
          </w:tcPr>
          <w:p>
            <w:r>
              <w:t>[$]</w:t>
            </w:r>
          </w:p>
        </w:tc>
      </w:tr>
      <w:tr>
        <w:tc>
          <w:tcPr>
            <w:tcW w:type="dxa" w:w="2550"/>
          </w:tcPr>
          <w:p>
            <w:r>
              <w:t>Pedicure chairs and ventilation</w:t>
            </w:r>
          </w:p>
        </w:tc>
        <w:tc>
          <w:tcPr>
            <w:tcW w:type="dxa" w:w="2550"/>
          </w:tcPr>
          <w:p>
            <w:r>
              <w:t>$10,000</w:t>
            </w:r>
          </w:p>
        </w:tc>
        <w:tc>
          <w:tcPr>
            <w:tcW w:type="dxa" w:w="2550"/>
          </w:tcPr>
          <w:p>
            <w:r>
              <w:t>$40,000</w:t>
            </w:r>
          </w:p>
        </w:tc>
        <w:tc>
          <w:tcPr>
            <w:tcW w:type="dxa" w:w="2550"/>
          </w:tcPr>
          <w:p>
            <w:r>
              <w:t>[$]</w:t>
            </w:r>
          </w:p>
        </w:tc>
      </w:tr>
      <w:tr>
        <w:tc>
          <w:tcPr>
            <w:tcW w:type="dxa" w:w="2550"/>
          </w:tcPr>
          <w:p>
            <w:r>
              <w:t>Nail and spa equipment</w:t>
            </w:r>
          </w:p>
        </w:tc>
        <w:tc>
          <w:tcPr>
            <w:tcW w:type="dxa" w:w="2550"/>
          </w:tcPr>
          <w:p>
            <w:r>
              <w:t>$5,000</w:t>
            </w:r>
          </w:p>
        </w:tc>
        <w:tc>
          <w:tcPr>
            <w:tcW w:type="dxa" w:w="2550"/>
          </w:tcPr>
          <w:p>
            <w:r>
              <w:t>$20,000</w:t>
            </w:r>
          </w:p>
        </w:tc>
        <w:tc>
          <w:tcPr>
            <w:tcW w:type="dxa" w:w="2550"/>
          </w:tcPr>
          <w:p>
            <w:r>
              <w:t>[$]</w:t>
            </w:r>
          </w:p>
        </w:tc>
      </w:tr>
      <w:tr>
        <w:tc>
          <w:tcPr>
            <w:tcW w:type="dxa" w:w="2550"/>
          </w:tcPr>
          <w:p>
            <w:r>
              <w:t>Licenses and insurance</w:t>
            </w:r>
          </w:p>
        </w:tc>
        <w:tc>
          <w:tcPr>
            <w:tcW w:type="dxa" w:w="2550"/>
          </w:tcPr>
          <w:p>
            <w:r>
              <w:t>$1,000</w:t>
            </w:r>
          </w:p>
        </w:tc>
        <w:tc>
          <w:tcPr>
            <w:tcW w:type="dxa" w:w="2550"/>
          </w:tcPr>
          <w:p>
            <w:r>
              <w:t>$4,000</w:t>
            </w:r>
          </w:p>
        </w:tc>
        <w:tc>
          <w:tcPr>
            <w:tcW w:type="dxa" w:w="2550"/>
          </w:tcPr>
          <w:p>
            <w:r>
              <w:t>[$]</w:t>
            </w:r>
          </w:p>
        </w:tc>
      </w:tr>
      <w:tr>
        <w:tc>
          <w:tcPr>
            <w:tcW w:type="dxa" w:w="2550"/>
          </w:tcPr>
          <w:p>
            <w:r>
              <w:t>Booking software and POS</w:t>
            </w:r>
          </w:p>
        </w:tc>
        <w:tc>
          <w:tcPr>
            <w:tcW w:type="dxa" w:w="2550"/>
          </w:tcPr>
          <w:p>
            <w:r>
              <w:t>$500</w:t>
            </w:r>
          </w:p>
        </w:tc>
        <w:tc>
          <w:tcPr>
            <w:tcW w:type="dxa" w:w="2550"/>
          </w:tcPr>
          <w:p>
            <w:r>
              <w:t>$2,000</w:t>
            </w:r>
          </w:p>
        </w:tc>
        <w:tc>
          <w:tcPr>
            <w:tcW w:type="dxa" w:w="2550"/>
          </w:tcPr>
          <w:p>
            <w:r>
              <w:t>[$]</w:t>
            </w:r>
          </w:p>
        </w:tc>
      </w:tr>
      <w:tr>
        <w:tc>
          <w:tcPr>
            <w:tcW w:type="dxa" w:w="2550"/>
          </w:tcPr>
          <w:p>
            <w:r>
              <w:t>Supplies and retail</w:t>
            </w:r>
          </w:p>
        </w:tc>
        <w:tc>
          <w:tcPr>
            <w:tcW w:type="dxa" w:w="2550"/>
          </w:tcPr>
          <w:p>
            <w:r>
              <w:t>$2,000</w:t>
            </w:r>
          </w:p>
        </w:tc>
        <w:tc>
          <w:tcPr>
            <w:tcW w:type="dxa" w:w="2550"/>
          </w:tcPr>
          <w:p>
            <w:r>
              <w:t>$6,000</w:t>
            </w:r>
          </w:p>
        </w:tc>
        <w:tc>
          <w:tcPr>
            <w:tcW w:type="dxa" w:w="2550"/>
          </w:tcPr>
          <w:p>
            <w:r>
              <w:t>[$]</w:t>
            </w:r>
          </w:p>
        </w:tc>
      </w:tr>
      <w:tr>
        <w:tc>
          <w:tcPr>
            <w:tcW w:type="dxa" w:w="2550"/>
          </w:tcPr>
          <w:p>
            <w:r>
              <w:t>Working capital reserve</w:t>
            </w:r>
          </w:p>
        </w:tc>
        <w:tc>
          <w:tcPr>
            <w:tcW w:type="dxa" w:w="2550"/>
          </w:tcPr>
          <w:p>
            <w:r>
              <w:t>$10,000</w:t>
            </w:r>
          </w:p>
        </w:tc>
        <w:tc>
          <w:tcPr>
            <w:tcW w:type="dxa" w:w="2550"/>
          </w:tcPr>
          <w:p>
            <w:r>
              <w:t>$25,000</w:t>
            </w:r>
          </w:p>
        </w:tc>
        <w:tc>
          <w:tcPr>
            <w:tcW w:type="dxa" w:w="2550"/>
          </w:tcPr>
          <w:p>
            <w:r>
              <w:t>[$]</w:t>
            </w:r>
          </w:p>
        </w:tc>
      </w:tr>
      <w:tr>
        <w:tc>
          <w:tcPr>
            <w:tcW w:type="dxa" w:w="2550"/>
          </w:tcPr>
          <w:p>
            <w:r>
              <w:t>Total</w:t>
            </w:r>
          </w:p>
        </w:tc>
        <w:tc>
          <w:tcPr>
            <w:tcW w:type="dxa" w:w="2550"/>
          </w:tcPr>
          <w:p>
            <w:r>
              <w:t>$48,500</w:t>
            </w:r>
          </w:p>
        </w:tc>
        <w:tc>
          <w:tcPr>
            <w:tcW w:type="dxa" w:w="2550"/>
          </w:tcPr>
          <w:p>
            <w:r>
              <w:t>$197,000</w:t>
            </w:r>
          </w:p>
        </w:tc>
        <w:tc>
          <w:tcPr>
            <w:tcW w:type="dxa" w:w="2550"/>
          </w:tcPr>
          <w:p>
            <w:r>
              <w:t>[$]</w:t>
            </w:r>
          </w:p>
        </w:tc>
      </w:tr>
    </w:tbl>
    <w:p/>
    <w:p>
      <w:r>
        <w:rPr>
          <w:b/>
          <w:i w:val="0"/>
        </w:rPr>
        <w:t>Three-year projection (illustrative)</w:t>
      </w:r>
    </w:p>
    <w:tbl>
      <w:tblPr>
        <w:tblStyle w:val="TableGrid"/>
        <w:tblW w:type="auto" w:w="0"/>
        <w:jc w:val="center"/>
        <w:tblLook w:firstColumn="1" w:firstRow="1" w:lastColumn="0" w:lastRow="0" w:noHBand="0" w:noVBand="1" w:val="04A0"/>
      </w:tblPr>
      <w:tblGrid>
        <w:gridCol w:w="2550"/>
        <w:gridCol w:w="2550"/>
        <w:gridCol w:w="2550"/>
        <w:gridCol w:w="2550"/>
      </w:tblGrid>
      <w:tr>
        <w:tc>
          <w:tcPr>
            <w:tcW w:type="dxa" w:w="2550"/>
            <w:shd w:val="clear" w:color="auto" w:fill="0F5D4E"/>
          </w:tcPr>
          <w:p>
            <w:r/>
            <w:r>
              <w:rPr>
                <w:b/>
                <w:color w:val="FFFFFF"/>
              </w:rPr>
            </w:r>
          </w:p>
        </w:tc>
        <w:tc>
          <w:tcPr>
            <w:tcW w:type="dxa" w:w="2550"/>
            <w:shd w:val="clear" w:color="auto" w:fill="0F5D4E"/>
          </w:tcPr>
          <w:p>
            <w:r/>
            <w:r>
              <w:rPr>
                <w:b/>
                <w:color w:val="FFFFFF"/>
              </w:rPr>
              <w:t>Year 1</w:t>
            </w:r>
          </w:p>
        </w:tc>
        <w:tc>
          <w:tcPr>
            <w:tcW w:type="dxa" w:w="2550"/>
            <w:shd w:val="clear" w:color="auto" w:fill="0F5D4E"/>
          </w:tcPr>
          <w:p>
            <w:r/>
            <w:r>
              <w:rPr>
                <w:b/>
                <w:color w:val="FFFFFF"/>
              </w:rPr>
              <w:t>Year 2</w:t>
            </w:r>
          </w:p>
        </w:tc>
        <w:tc>
          <w:tcPr>
            <w:tcW w:type="dxa" w:w="2550"/>
            <w:shd w:val="clear" w:color="auto" w:fill="0F5D4E"/>
          </w:tcPr>
          <w:p>
            <w:r/>
            <w:r>
              <w:rPr>
                <w:b/>
                <w:color w:val="FFFFFF"/>
              </w:rPr>
              <w:t>Year 3</w:t>
            </w:r>
          </w:p>
        </w:tc>
      </w:tr>
      <w:tr>
        <w:tc>
          <w:tcPr>
            <w:tcW w:type="dxa" w:w="2550"/>
          </w:tcPr>
          <w:p>
            <w:r>
              <w:t>Revenue</w:t>
            </w:r>
          </w:p>
        </w:tc>
        <w:tc>
          <w:tcPr>
            <w:tcW w:type="dxa" w:w="2550"/>
          </w:tcPr>
          <w:p>
            <w:r>
              <w:t>$280,000</w:t>
            </w:r>
          </w:p>
        </w:tc>
        <w:tc>
          <w:tcPr>
            <w:tcW w:type="dxa" w:w="2550"/>
          </w:tcPr>
          <w:p>
            <w:r>
              <w:t>$350,000</w:t>
            </w:r>
          </w:p>
        </w:tc>
        <w:tc>
          <w:tcPr>
            <w:tcW w:type="dxa" w:w="2550"/>
          </w:tcPr>
          <w:p>
            <w:r>
              <w:t>$402,000</w:t>
            </w:r>
          </w:p>
        </w:tc>
      </w:tr>
      <w:tr>
        <w:tc>
          <w:tcPr>
            <w:tcW w:type="dxa" w:w="2550"/>
          </w:tcPr>
          <w:p>
            <w:r>
              <w:t>Cost of sales</w:t>
            </w:r>
          </w:p>
        </w:tc>
        <w:tc>
          <w:tcPr>
            <w:tcW w:type="dxa" w:w="2550"/>
          </w:tcPr>
          <w:p>
            <w:r>
              <w:t>$126,000</w:t>
            </w:r>
          </w:p>
        </w:tc>
        <w:tc>
          <w:tcPr>
            <w:tcW w:type="dxa" w:w="2550"/>
          </w:tcPr>
          <w:p>
            <w:r>
              <w:t>$157,500</w:t>
            </w:r>
          </w:p>
        </w:tc>
        <w:tc>
          <w:tcPr>
            <w:tcW w:type="dxa" w:w="2550"/>
          </w:tcPr>
          <w:p>
            <w:r>
              <w:t>$180,900</w:t>
            </w:r>
          </w:p>
        </w:tc>
      </w:tr>
      <w:tr>
        <w:tc>
          <w:tcPr>
            <w:tcW w:type="dxa" w:w="2550"/>
          </w:tcPr>
          <w:p>
            <w:r>
              <w:t>Gross profit</w:t>
            </w:r>
          </w:p>
        </w:tc>
        <w:tc>
          <w:tcPr>
            <w:tcW w:type="dxa" w:w="2550"/>
          </w:tcPr>
          <w:p>
            <w:r>
              <w:t>$154,000</w:t>
            </w:r>
          </w:p>
        </w:tc>
        <w:tc>
          <w:tcPr>
            <w:tcW w:type="dxa" w:w="2550"/>
          </w:tcPr>
          <w:p>
            <w:r>
              <w:t>$192,500</w:t>
            </w:r>
          </w:p>
        </w:tc>
        <w:tc>
          <w:tcPr>
            <w:tcW w:type="dxa" w:w="2550"/>
          </w:tcPr>
          <w:p>
            <w:r>
              <w:t>$221,100</w:t>
            </w:r>
          </w:p>
        </w:tc>
      </w:tr>
      <w:tr>
        <w:tc>
          <w:tcPr>
            <w:tcW w:type="dxa" w:w="2550"/>
          </w:tcPr>
          <w:p>
            <w:r>
              <w:t>Operating expenses</w:t>
            </w:r>
          </w:p>
        </w:tc>
        <w:tc>
          <w:tcPr>
            <w:tcW w:type="dxa" w:w="2550"/>
          </w:tcPr>
          <w:p>
            <w:r>
              <w:t>$146,300</w:t>
            </w:r>
          </w:p>
        </w:tc>
        <w:tc>
          <w:tcPr>
            <w:tcW w:type="dxa" w:w="2550"/>
          </w:tcPr>
          <w:p>
            <w:r>
              <w:t>$160,930</w:t>
            </w:r>
          </w:p>
        </w:tc>
        <w:tc>
          <w:tcPr>
            <w:tcW w:type="dxa" w:w="2550"/>
          </w:tcPr>
          <w:p>
            <w:r>
              <w:t>$173,804</w:t>
            </w:r>
          </w:p>
        </w:tc>
      </w:tr>
      <w:tr>
        <w:tc>
          <w:tcPr>
            <w:tcW w:type="dxa" w:w="2550"/>
          </w:tcPr>
          <w:p>
            <w:r>
              <w:t>Net income before tax</w:t>
            </w:r>
          </w:p>
        </w:tc>
        <w:tc>
          <w:tcPr>
            <w:tcW w:type="dxa" w:w="2550"/>
          </w:tcPr>
          <w:p>
            <w:r>
              <w:t>$7,700</w:t>
            </w:r>
          </w:p>
        </w:tc>
        <w:tc>
          <w:tcPr>
            <w:tcW w:type="dxa" w:w="2550"/>
          </w:tcPr>
          <w:p>
            <w:r>
              <w:t>$31,570</w:t>
            </w:r>
          </w:p>
        </w:tc>
        <w:tc>
          <w:tcPr>
            <w:tcW w:type="dxa" w:w="2550"/>
          </w:tcPr>
          <w:p>
            <w:r>
              <w:t>$47,296</w:t>
            </w:r>
          </w:p>
        </w:tc>
      </w:tr>
    </w:tbl>
    <w:p/>
    <w:p>
      <w:r>
        <w:rPr>
          <w:b w:val="0"/>
          <w:i/>
          <w:color w:val="6B7280"/>
          <w:sz w:val="18"/>
        </w:rPr>
        <w:t>Example assumptions: 55% gross margin, revenue growth of 25% in year two and 15% in year three. Replace these with your own numbers. Our free Excel financial projections template at BusinessPlanDownload.net builds this table from your assumptions.</w:t>
      </w:r>
    </w:p>
    <w:p>
      <w:pPr>
        <w:pStyle w:val="Heading1"/>
      </w:pPr>
      <w:r>
        <w:t>12. Funding Request</w:t>
      </w:r>
    </w:p>
    <w:p>
      <w:r>
        <w:rPr>
          <w:b w:val="0"/>
          <w:i w:val="0"/>
        </w:rPr>
        <w:t>We are requesting $123,000 to fund startup costs and working capital. [Explain loan term or investor terms, how much the owners are investing, and how the funds will be repaid.]</w:t>
      </w:r>
    </w:p>
    <w:tbl>
      <w:tblPr>
        <w:tblStyle w:val="TableGrid"/>
        <w:tblW w:type="auto" w:w="0"/>
        <w:jc w:val="center"/>
        <w:tblLook w:firstColumn="1" w:firstRow="1" w:lastColumn="0" w:lastRow="0" w:noHBand="0" w:noVBand="1" w:val="04A0"/>
      </w:tblPr>
      <w:tblGrid>
        <w:gridCol w:w="5100"/>
        <w:gridCol w:w="5100"/>
      </w:tblGrid>
      <w:tr>
        <w:tc>
          <w:tcPr>
            <w:tcW w:type="dxa" w:w="5100"/>
            <w:shd w:val="clear" w:color="auto" w:fill="0F5D4E"/>
          </w:tcPr>
          <w:p>
            <w:r/>
            <w:r>
              <w:rPr>
                <w:b/>
                <w:color w:val="FFFFFF"/>
              </w:rPr>
              <w:t>Use of funds</w:t>
            </w:r>
          </w:p>
        </w:tc>
        <w:tc>
          <w:tcPr>
            <w:tcW w:type="dxa" w:w="5100"/>
            <w:shd w:val="clear" w:color="auto" w:fill="0F5D4E"/>
          </w:tcPr>
          <w:p>
            <w:r/>
            <w:r>
              <w:rPr>
                <w:b/>
                <w:color w:val="FFFFFF"/>
              </w:rPr>
              <w:t>Amount</w:t>
            </w:r>
          </w:p>
        </w:tc>
      </w:tr>
      <w:tr>
        <w:tc>
          <w:tcPr>
            <w:tcW w:type="dxa" w:w="5100"/>
          </w:tcPr>
          <w:p>
            <w:r>
              <w:t>Lease deposit and build-out</w:t>
            </w:r>
          </w:p>
        </w:tc>
        <w:tc>
          <w:tcPr>
            <w:tcW w:type="dxa" w:w="5100"/>
          </w:tcPr>
          <w:p>
            <w:r>
              <w:t>[$]</w:t>
            </w:r>
          </w:p>
        </w:tc>
      </w:tr>
      <w:tr>
        <w:tc>
          <w:tcPr>
            <w:tcW w:type="dxa" w:w="5100"/>
          </w:tcPr>
          <w:p>
            <w:r>
              <w:t>Pedicure chairs and ventilation</w:t>
            </w:r>
          </w:p>
        </w:tc>
        <w:tc>
          <w:tcPr>
            <w:tcW w:type="dxa" w:w="5100"/>
          </w:tcPr>
          <w:p>
            <w:r>
              <w:t>[$]</w:t>
            </w:r>
          </w:p>
        </w:tc>
      </w:tr>
      <w:tr>
        <w:tc>
          <w:tcPr>
            <w:tcW w:type="dxa" w:w="5100"/>
          </w:tcPr>
          <w:p>
            <w:r>
              <w:t>Nail and spa equipment</w:t>
            </w:r>
          </w:p>
        </w:tc>
        <w:tc>
          <w:tcPr>
            <w:tcW w:type="dxa" w:w="5100"/>
          </w:tcPr>
          <w:p>
            <w:r>
              <w:t>[$]</w:t>
            </w:r>
          </w:p>
        </w:tc>
      </w:tr>
      <w:tr>
        <w:tc>
          <w:tcPr>
            <w:tcW w:type="dxa" w:w="5100"/>
          </w:tcPr>
          <w:p>
            <w:r>
              <w:t>Licenses and insurance</w:t>
            </w:r>
          </w:p>
        </w:tc>
        <w:tc>
          <w:tcPr>
            <w:tcW w:type="dxa" w:w="5100"/>
          </w:tcPr>
          <w:p>
            <w:r>
              <w:t>[$]</w:t>
            </w:r>
          </w:p>
        </w:tc>
      </w:tr>
      <w:tr>
        <w:tc>
          <w:tcPr>
            <w:tcW w:type="dxa" w:w="5100"/>
          </w:tcPr>
          <w:p>
            <w:r>
              <w:t>Booking software and POS</w:t>
            </w:r>
          </w:p>
        </w:tc>
        <w:tc>
          <w:tcPr>
            <w:tcW w:type="dxa" w:w="5100"/>
          </w:tcPr>
          <w:p>
            <w:r>
              <w:t>[$]</w:t>
            </w:r>
          </w:p>
        </w:tc>
      </w:tr>
      <w:tr>
        <w:tc>
          <w:tcPr>
            <w:tcW w:type="dxa" w:w="5100"/>
          </w:tcPr>
          <w:p>
            <w:r>
              <w:t>Supplies and retail</w:t>
            </w:r>
          </w:p>
        </w:tc>
        <w:tc>
          <w:tcPr>
            <w:tcW w:type="dxa" w:w="5100"/>
          </w:tcPr>
          <w:p>
            <w:r>
              <w:t>[$]</w:t>
            </w:r>
          </w:p>
        </w:tc>
      </w:tr>
      <w:tr>
        <w:tc>
          <w:tcPr>
            <w:tcW w:type="dxa" w:w="5100"/>
          </w:tcPr>
          <w:p>
            <w:r>
              <w:t>Working capital reserve</w:t>
            </w:r>
          </w:p>
        </w:tc>
        <w:tc>
          <w:tcPr>
            <w:tcW w:type="dxa" w:w="5100"/>
          </w:tcPr>
          <w:p>
            <w:r>
              <w:t>[$]</w:t>
            </w:r>
          </w:p>
        </w:tc>
      </w:tr>
    </w:tbl>
    <w:p/>
    <w:p>
      <w:pPr>
        <w:pStyle w:val="Heading1"/>
      </w:pPr>
      <w:r>
        <w:t>Appendix</w:t>
      </w:r>
    </w:p>
    <w:p>
      <w:r>
        <w:rPr>
          <w:b/>
          <w:i w:val="0"/>
        </w:rPr>
        <w:t>Writing tips for a nail salon and day spa plan:</w:t>
      </w:r>
    </w:p>
    <w:p>
      <w:pPr>
        <w:pStyle w:val="ListBullet"/>
      </w:pPr>
      <w:r>
        <w:t>Describe sanitation procedures in detail.</w:t>
      </w:r>
    </w:p>
    <w:p>
      <w:pPr>
        <w:pStyle w:val="ListBullet"/>
      </w:pPr>
      <w:r>
        <w:t>Show your service menu with timing and price.</w:t>
      </w:r>
    </w:p>
    <w:p>
      <w:pPr>
        <w:pStyle w:val="ListBullet"/>
      </w:pPr>
      <w:r>
        <w:t>Explain how memberships work and how many you expect.</w:t>
      </w:r>
    </w:p>
    <w:p>
      <w:r>
        <w:rPr>
          <w:b w:val="0"/>
          <w:i w:val="0"/>
        </w:rPr>
        <w:t>Attach: owner resumes, lease or letter of intent, equipment quotes, permits, market research, photos and detailed financial statements.</w:t>
      </w:r>
    </w:p>
    <w:sectPr w:rsidR="00FC693F" w:rsidRPr="0006063C" w:rsidSect="00034616">
      <w:footerReference w:type="default" r:id="rId9"/>
      <w:pgSz w:w="12240" w:h="15840"/>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Free template from BusinessPlanDownload.net  |  Replace all text in [brackets] with your own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5D4E"/>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5D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0F5D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