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pStyle w:val="Title"/>
      </w:pPr>
      <w:r>
        <w:t>Nonprofit Organization Business Plan</w:t>
      </w:r>
    </w:p>
    <w:p>
      <w:r>
        <w:rPr>
          <w:b w:val="0"/>
          <w:i w:val="0"/>
          <w:color w:val="6B7280"/>
          <w:sz w:val="28"/>
        </w:rPr>
        <w:t>Sample plan for Riverbend Community Kitchen (fictional example)</w:t>
      </w:r>
    </w:p>
    <w:p/>
    <w:p>
      <w:r>
        <w:rPr>
          <w:b w:val="0"/>
          <w:i w:val="0"/>
          <w:sz w:val="24"/>
        </w:rPr>
        <w:t>Prepared by: [Owner name]</w:t>
      </w:r>
    </w:p>
    <w:p>
      <w:r>
        <w:rPr>
          <w:b w:val="0"/>
          <w:i w:val="0"/>
          <w:sz w:val="24"/>
        </w:rPr>
        <w:t>[Business address]</w:t>
      </w:r>
    </w:p>
    <w:p>
      <w:r>
        <w:rPr>
          <w:b w:val="0"/>
          <w:i w:val="0"/>
          <w:sz w:val="24"/>
        </w:rPr>
        <w:t>[Phone]  |  [Email]  |  [Website]</w:t>
      </w:r>
    </w:p>
    <w:p>
      <w:r>
        <w:rPr>
          <w:b w:val="0"/>
          <w:i w:val="0"/>
          <w:sz w:val="24"/>
        </w:rPr>
        <w:t>Date: [Month, Year]</w:t>
      </w:r>
    </w:p>
    <w:p/>
    <w:p>
      <w:r>
        <w:rPr>
          <w:b w:val="0"/>
          <w:i/>
          <w:color w:val="6B7280"/>
          <w:sz w:val="19"/>
        </w:rPr>
        <w:t>How to use this sample: the business name, figures and descriptions are a fictional example to show what a finished plan looks like. Replace everything in [brackets] and every example number with your own research before you share it. Cost ranges are rough planning figures and vary widely by location.</w:t>
      </w:r>
    </w:p>
    <w:p>
      <w:r>
        <w:br w:type="page"/>
      </w:r>
    </w:p>
    <w:p>
      <w:pPr>
        <w:pStyle w:val="Heading1"/>
      </w:pPr>
      <w:r>
        <w:t>1. Executive Summary</w:t>
      </w:r>
    </w:p>
    <w:p>
      <w:r>
        <w:rPr>
          <w:b w:val="0"/>
          <w:i w:val="0"/>
        </w:rPr>
        <w:t>Riverbend Community Kitchen is a new nonprofit organization business based in [City, State]. We will serve program participants and beneficiaries and individual donors, offering core mission programs, community events and volunteer programs. Our goal is to become the go-to choice for [your target customer] in [your area] by [your key difference, such as quality, speed, price or specialty].</w:t>
      </w:r>
    </w:p>
    <w:p>
      <w:r>
        <w:rPr>
          <w:b w:val="0"/>
          <w:i w:val="0"/>
        </w:rPr>
        <w:t>We project first-year revenue of about $250,000, growing to $359,000 by year three. Startup costs are estimated between $13,000 and $141,000. We are seeking $77,000 in [loan / investment / owner funds] to cover startup costs and working capital. [Add one or two sentences on the owner's experience and any early traction such as signed customers, pre-orders or a secured location.]</w:t>
      </w:r>
    </w:p>
    <w:p>
      <w:pPr>
        <w:pStyle w:val="Heading1"/>
      </w:pPr>
      <w:r>
        <w:t>2. Company Description</w:t>
      </w:r>
    </w:p>
    <w:p>
      <w:r>
        <w:rPr>
          <w:b w:val="0"/>
          <w:i w:val="0"/>
        </w:rPr>
        <w:t>Nonprofit plans replace profit with impact, but they still need sound finances. Funders want to see the need you address, your programs and outcomes, your funding mix of grants, donations and earned income, and the board and staff who will carry out the mission.</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Item</w:t>
            </w:r>
          </w:p>
        </w:tc>
        <w:tc>
          <w:tcPr>
            <w:tcW w:type="dxa" w:w="5100"/>
            <w:shd w:val="clear" w:color="auto" w:fill="0F5D4E"/>
          </w:tcPr>
          <w:p>
            <w:r/>
            <w:r>
              <w:rPr>
                <w:b/>
                <w:color w:val="FFFFFF"/>
              </w:rPr>
              <w:t>Details</w:t>
            </w:r>
          </w:p>
        </w:tc>
      </w:tr>
      <w:tr>
        <w:tc>
          <w:tcPr>
            <w:tcW w:type="dxa" w:w="5100"/>
          </w:tcPr>
          <w:p>
            <w:r>
              <w:t>Legal name</w:t>
            </w:r>
          </w:p>
        </w:tc>
        <w:tc>
          <w:tcPr>
            <w:tcW w:type="dxa" w:w="5100"/>
          </w:tcPr>
          <w:p>
            <w:r>
              <w:t>[Riverbend Community Kitchen LLC]</w:t>
            </w:r>
          </w:p>
        </w:tc>
      </w:tr>
      <w:tr>
        <w:tc>
          <w:tcPr>
            <w:tcW w:type="dxa" w:w="5100"/>
          </w:tcPr>
          <w:p>
            <w:r>
              <w:t>Legal structure</w:t>
            </w:r>
          </w:p>
        </w:tc>
        <w:tc>
          <w:tcPr>
            <w:tcW w:type="dxa" w:w="5100"/>
          </w:tcPr>
          <w:p>
            <w:r>
              <w:t>[LLC / sole proprietorship / corporation / partnership]</w:t>
            </w:r>
          </w:p>
        </w:tc>
      </w:tr>
      <w:tr>
        <w:tc>
          <w:tcPr>
            <w:tcW w:type="dxa" w:w="5100"/>
          </w:tcPr>
          <w:p>
            <w:r>
              <w:t>Location</w:t>
            </w:r>
          </w:p>
        </w:tc>
        <w:tc>
          <w:tcPr>
            <w:tcW w:type="dxa" w:w="5100"/>
          </w:tcPr>
          <w:p>
            <w:r>
              <w:t>[Address or service area]</w:t>
            </w:r>
          </w:p>
        </w:tc>
      </w:tr>
      <w:tr>
        <w:tc>
          <w:tcPr>
            <w:tcW w:type="dxa" w:w="5100"/>
          </w:tcPr>
          <w:p>
            <w:r>
              <w:t>Owners</w:t>
            </w:r>
          </w:p>
        </w:tc>
        <w:tc>
          <w:tcPr>
            <w:tcW w:type="dxa" w:w="5100"/>
          </w:tcPr>
          <w:p>
            <w:r>
              <w:t>[Names and ownership %]</w:t>
            </w:r>
          </w:p>
        </w:tc>
      </w:tr>
      <w:tr>
        <w:tc>
          <w:tcPr>
            <w:tcW w:type="dxa" w:w="5100"/>
          </w:tcPr>
          <w:p>
            <w:r>
              <w:t>Stage</w:t>
            </w:r>
          </w:p>
        </w:tc>
        <w:tc>
          <w:tcPr>
            <w:tcW w:type="dxa" w:w="5100"/>
          </w:tcPr>
          <w:p>
            <w:r>
              <w:t>[Idea / pre-launch / operating since 20XX]</w:t>
            </w:r>
          </w:p>
        </w:tc>
      </w:tr>
    </w:tbl>
    <w:p/>
    <w:p>
      <w:r>
        <w:rPr>
          <w:b/>
          <w:i w:val="0"/>
        </w:rPr>
        <w:t>Mission statement</w:t>
      </w:r>
    </w:p>
    <w:tbl>
      <w:tblPr>
        <w:tblStyle w:val="TableGrid"/>
        <w:tblW w:type="auto" w:w="0"/>
        <w:tblLook w:firstColumn="1" w:firstRow="1" w:lastColumn="0" w:lastRow="0" w:noHBand="0" w:noVBand="1" w:val="04A0"/>
      </w:tblPr>
      <w:tblGrid>
        <w:gridCol w:w="10200"/>
      </w:tblGrid>
      <w:tr>
        <w:tc>
          <w:tcPr>
            <w:tcW w:type="dxa" w:w="10200"/>
          </w:tcPr>
          <w:p/>
          <w:p/>
        </w:tc>
      </w:tr>
    </w:tbl>
    <w:p/>
    <w:p>
      <w:pPr>
        <w:pStyle w:val="Heading1"/>
      </w:pPr>
      <w:r>
        <w:t>3. Products and Services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Offering</w:t>
            </w:r>
          </w:p>
        </w:tc>
        <w:tc>
          <w:tcPr>
            <w:tcW w:type="dxa" w:w="2550"/>
            <w:shd w:val="clear" w:color="auto" w:fill="0F5D4E"/>
          </w:tcPr>
          <w:p>
            <w:r/>
            <w:r>
              <w:rPr>
                <w:b/>
                <w:color w:val="FFFFFF"/>
              </w:rPr>
              <w:t>Description</w:t>
            </w:r>
          </w:p>
        </w:tc>
        <w:tc>
          <w:tcPr>
            <w:tcW w:type="dxa" w:w="2550"/>
            <w:shd w:val="clear" w:color="auto" w:fill="0F5D4E"/>
          </w:tcPr>
          <w:p>
            <w:r/>
            <w:r>
              <w:rPr>
                <w:b/>
                <w:color w:val="FFFFFF"/>
              </w:rPr>
              <w:t>Price</w:t>
            </w:r>
          </w:p>
        </w:tc>
        <w:tc>
          <w:tcPr>
            <w:tcW w:type="dxa" w:w="2550"/>
            <w:shd w:val="clear" w:color="auto" w:fill="0F5D4E"/>
          </w:tcPr>
          <w:p>
            <w:r/>
            <w:r>
              <w:rPr>
                <w:b/>
                <w:color w:val="FFFFFF"/>
              </w:rPr>
              <w:t>Cost to deliver</w:t>
            </w:r>
          </w:p>
        </w:tc>
      </w:tr>
      <w:tr>
        <w:tc>
          <w:tcPr>
            <w:tcW w:type="dxa" w:w="2550"/>
          </w:tcPr>
          <w:p>
            <w:r>
              <w:t>Core mission programs</w:t>
            </w:r>
          </w:p>
        </w:tc>
        <w:tc>
          <w:tcPr>
            <w:tcW w:type="dxa" w:w="2550"/>
          </w:tcPr>
          <w:p>
            <w:r>
              <w:t>[Describe]</w:t>
            </w:r>
          </w:p>
        </w:tc>
        <w:tc>
          <w:tcPr>
            <w:tcW w:type="dxa" w:w="2550"/>
          </w:tcPr>
          <w:p>
            <w:r>
              <w:t>[$]</w:t>
            </w:r>
          </w:p>
        </w:tc>
        <w:tc>
          <w:tcPr>
            <w:tcW w:type="dxa" w:w="2550"/>
          </w:tcPr>
          <w:p>
            <w:r>
              <w:t>[$]</w:t>
            </w:r>
          </w:p>
        </w:tc>
      </w:tr>
      <w:tr>
        <w:tc>
          <w:tcPr>
            <w:tcW w:type="dxa" w:w="2550"/>
          </w:tcPr>
          <w:p>
            <w:r>
              <w:t>Community events</w:t>
            </w:r>
          </w:p>
        </w:tc>
        <w:tc>
          <w:tcPr>
            <w:tcW w:type="dxa" w:w="2550"/>
          </w:tcPr>
          <w:p>
            <w:r>
              <w:t>[Describe]</w:t>
            </w:r>
          </w:p>
        </w:tc>
        <w:tc>
          <w:tcPr>
            <w:tcW w:type="dxa" w:w="2550"/>
          </w:tcPr>
          <w:p>
            <w:r>
              <w:t>[$]</w:t>
            </w:r>
          </w:p>
        </w:tc>
        <w:tc>
          <w:tcPr>
            <w:tcW w:type="dxa" w:w="2550"/>
          </w:tcPr>
          <w:p>
            <w:r>
              <w:t>[$]</w:t>
            </w:r>
          </w:p>
        </w:tc>
      </w:tr>
      <w:tr>
        <w:tc>
          <w:tcPr>
            <w:tcW w:type="dxa" w:w="2550"/>
          </w:tcPr>
          <w:p>
            <w:r>
              <w:t>Volunteer programs</w:t>
            </w:r>
          </w:p>
        </w:tc>
        <w:tc>
          <w:tcPr>
            <w:tcW w:type="dxa" w:w="2550"/>
          </w:tcPr>
          <w:p>
            <w:r>
              <w:t>[Describe]</w:t>
            </w:r>
          </w:p>
        </w:tc>
        <w:tc>
          <w:tcPr>
            <w:tcW w:type="dxa" w:w="2550"/>
          </w:tcPr>
          <w:p>
            <w:r>
              <w:t>[$]</w:t>
            </w:r>
          </w:p>
        </w:tc>
        <w:tc>
          <w:tcPr>
            <w:tcW w:type="dxa" w:w="2550"/>
          </w:tcPr>
          <w:p>
            <w:r>
              <w:t>[$]</w:t>
            </w:r>
          </w:p>
        </w:tc>
      </w:tr>
      <w:tr>
        <w:tc>
          <w:tcPr>
            <w:tcW w:type="dxa" w:w="2550"/>
          </w:tcPr>
          <w:p>
            <w:r>
              <w:t>Earned income such as fees or a social enterprise</w:t>
            </w:r>
          </w:p>
        </w:tc>
        <w:tc>
          <w:tcPr>
            <w:tcW w:type="dxa" w:w="2550"/>
          </w:tcPr>
          <w:p>
            <w:r>
              <w:t>[Describe]</w:t>
            </w:r>
          </w:p>
        </w:tc>
        <w:tc>
          <w:tcPr>
            <w:tcW w:type="dxa" w:w="2550"/>
          </w:tcPr>
          <w:p>
            <w:r>
              <w:t>[$]</w:t>
            </w:r>
          </w:p>
        </w:tc>
        <w:tc>
          <w:tcPr>
            <w:tcW w:type="dxa" w:w="2550"/>
          </w:tcPr>
          <w:p>
            <w:r>
              <w:t>[$]</w:t>
            </w:r>
          </w:p>
        </w:tc>
      </w:tr>
    </w:tbl>
    <w:p/>
    <w:p>
      <w:r>
        <w:rPr>
          <w:b/>
          <w:i w:val="0"/>
        </w:rPr>
        <w:t>Revenue streams:</w:t>
      </w:r>
    </w:p>
    <w:p>
      <w:pPr>
        <w:pStyle w:val="ListBullet"/>
      </w:pPr>
      <w:r>
        <w:t>Grants</w:t>
      </w:r>
    </w:p>
    <w:p>
      <w:pPr>
        <w:pStyle w:val="ListBullet"/>
      </w:pPr>
      <w:r>
        <w:t>Individual and major gifts</w:t>
      </w:r>
    </w:p>
    <w:p>
      <w:pPr>
        <w:pStyle w:val="ListBullet"/>
      </w:pPr>
      <w:r>
        <w:t>Events and earned income</w:t>
      </w:r>
    </w:p>
    <w:p>
      <w:pPr>
        <w:pStyle w:val="Heading1"/>
      </w:pPr>
      <w:r>
        <w:t>4. Market Analysis</w:t>
      </w:r>
    </w:p>
    <w:p>
      <w:r>
        <w:rPr>
          <w:b/>
          <w:i w:val="0"/>
        </w:rPr>
        <w:t>Target customers:</w:t>
      </w:r>
    </w:p>
    <w:p>
      <w:pPr>
        <w:pStyle w:val="ListBullet"/>
      </w:pPr>
      <w:r>
        <w:t>Program participants and beneficiaries</w:t>
      </w:r>
    </w:p>
    <w:p>
      <w:pPr>
        <w:pStyle w:val="ListBullet"/>
      </w:pPr>
      <w:r>
        <w:t>Individual donors</w:t>
      </w:r>
    </w:p>
    <w:p>
      <w:pPr>
        <w:pStyle w:val="ListBullet"/>
      </w:pPr>
      <w:r>
        <w:t>Foundations and grant makers</w:t>
      </w:r>
    </w:p>
    <w:p>
      <w:pPr>
        <w:pStyle w:val="ListBullet"/>
      </w:pPr>
      <w:r>
        <w:t>Corporate sponsors and volunteers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Market</w:t>
            </w:r>
          </w:p>
        </w:tc>
        <w:tc>
          <w:tcPr>
            <w:tcW w:type="dxa" w:w="3400"/>
            <w:shd w:val="clear" w:color="auto" w:fill="0F5D4E"/>
          </w:tcPr>
          <w:p>
            <w:r/>
            <w:r>
              <w:rPr>
                <w:b/>
                <w:color w:val="FFFFFF"/>
              </w:rPr>
              <w:t>Estimate</w:t>
            </w:r>
          </w:p>
        </w:tc>
        <w:tc>
          <w:tcPr>
            <w:tcW w:type="dxa" w:w="3400"/>
            <w:shd w:val="clear" w:color="auto" w:fill="0F5D4E"/>
          </w:tcPr>
          <w:p>
            <w:r/>
            <w:r>
              <w:rPr>
                <w:b/>
                <w:color w:val="FFFFFF"/>
              </w:rPr>
              <w:t>Source</w:t>
            </w:r>
          </w:p>
        </w:tc>
      </w:tr>
      <w:tr>
        <w:tc>
          <w:tcPr>
            <w:tcW w:type="dxa" w:w="3400"/>
          </w:tcPr>
          <w:p>
            <w:r>
              <w:t>Potential customers in our area</w:t>
            </w:r>
          </w:p>
        </w:tc>
        <w:tc>
          <w:tcPr>
            <w:tcW w:type="dxa" w:w="3400"/>
          </w:tcPr>
          <w:p>
            <w:r>
              <w:t>[#]</w:t>
            </w:r>
          </w:p>
        </w:tc>
        <w:tc>
          <w:tcPr>
            <w:tcW w:type="dxa" w:w="3400"/>
          </w:tcPr>
          <w:p>
            <w:r>
              <w:t>[Census data, local reports]</w:t>
            </w:r>
          </w:p>
        </w:tc>
      </w:tr>
      <w:tr>
        <w:tc>
          <w:tcPr>
            <w:tcW w:type="dxa" w:w="3400"/>
          </w:tcPr>
          <w:p>
            <w:r>
              <w:t>Customers we can realistically reach</w:t>
            </w:r>
          </w:p>
        </w:tc>
        <w:tc>
          <w:tcPr>
            <w:tcW w:type="dxa" w:w="3400"/>
          </w:tcPr>
          <w:p>
            <w:r>
              <w:t>[#]</w:t>
            </w:r>
          </w:p>
        </w:tc>
        <w:tc>
          <w:tcPr>
            <w:tcW w:type="dxa" w:w="3400"/>
          </w:tcPr>
          <w:p>
            <w:r/>
            <w:r>
              <w:t xml:space="preserve"> </w:t>
            </w:r>
          </w:p>
        </w:tc>
      </w:tr>
      <w:tr>
        <w:tc>
          <w:tcPr>
            <w:tcW w:type="dxa" w:w="3400"/>
          </w:tcPr>
          <w:p>
            <w:r>
              <w:t>Target share in year one</w:t>
            </w:r>
          </w:p>
        </w:tc>
        <w:tc>
          <w:tcPr>
            <w:tcW w:type="dxa" w:w="3400"/>
          </w:tcPr>
          <w:p>
            <w:r>
              <w:t>[%]</w:t>
            </w:r>
          </w:p>
        </w:tc>
        <w:tc>
          <w:tcPr>
            <w:tcW w:type="dxa" w:w="3400"/>
          </w:tcPr>
          <w:p>
            <w:r/>
            <w:r>
              <w:t xml:space="preserve"> </w:t>
            </w:r>
          </w:p>
        </w:tc>
      </w:tr>
    </w:tbl>
    <w:p/>
    <w:p>
      <w:r>
        <w:rPr>
          <w:b/>
          <w:i w:val="0"/>
        </w:rPr>
        <w:t>Industry trends affecting our business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5. Competition</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Competitor</w:t>
            </w:r>
          </w:p>
        </w:tc>
        <w:tc>
          <w:tcPr>
            <w:tcW w:type="dxa" w:w="2550"/>
            <w:shd w:val="clear" w:color="auto" w:fill="0F5D4E"/>
          </w:tcPr>
          <w:p>
            <w:r/>
            <w:r>
              <w:rPr>
                <w:b/>
                <w:color w:val="FFFFFF"/>
              </w:rPr>
              <w:t>Strengths</w:t>
            </w:r>
          </w:p>
        </w:tc>
        <w:tc>
          <w:tcPr>
            <w:tcW w:type="dxa" w:w="2550"/>
            <w:shd w:val="clear" w:color="auto" w:fill="0F5D4E"/>
          </w:tcPr>
          <w:p>
            <w:r/>
            <w:r>
              <w:rPr>
                <w:b/>
                <w:color w:val="FFFFFF"/>
              </w:rPr>
              <w:t>Weaknesses</w:t>
            </w:r>
          </w:p>
        </w:tc>
        <w:tc>
          <w:tcPr>
            <w:tcW w:type="dxa" w:w="2550"/>
            <w:shd w:val="clear" w:color="auto" w:fill="0F5D4E"/>
          </w:tcPr>
          <w:p>
            <w:r/>
            <w:r>
              <w:rPr>
                <w:b/>
                <w:color w:val="FFFFFF"/>
              </w:rPr>
              <w:t>Price range</w:t>
            </w:r>
          </w:p>
        </w:tc>
      </w:tr>
      <w:tr>
        <w:tc>
          <w:tcPr>
            <w:tcW w:type="dxa" w:w="2550"/>
          </w:tcPr>
          <w:p>
            <w:r>
              <w:t>[Competitor 1]</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2]</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3]</w:t>
            </w:r>
          </w:p>
        </w:tc>
        <w:tc>
          <w:tcPr>
            <w:tcW w:type="dxa" w:w="2550"/>
          </w:tcPr>
          <w:p>
            <w:r/>
            <w:r>
              <w:t xml:space="preserve"> </w:t>
            </w:r>
          </w:p>
        </w:tc>
        <w:tc>
          <w:tcPr>
            <w:tcW w:type="dxa" w:w="2550"/>
          </w:tcPr>
          <w:p>
            <w:r/>
            <w:r>
              <w:t xml:space="preserve"> </w:t>
            </w:r>
          </w:p>
        </w:tc>
        <w:tc>
          <w:tcPr>
            <w:tcW w:type="dxa" w:w="2550"/>
          </w:tcPr>
          <w:p>
            <w:r/>
            <w:r>
              <w:t xml:space="preserve"> </w:t>
            </w:r>
          </w:p>
        </w:tc>
      </w:tr>
    </w:tbl>
    <w:p/>
    <w:p>
      <w:r>
        <w:rPr>
          <w:b/>
          <w:i w:val="0"/>
        </w:rPr>
        <w:t>Why customers will choose us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6. Marketing and Sales</w:t>
      </w:r>
    </w:p>
    <w:p>
      <w:r>
        <w:rPr>
          <w:b/>
          <w:i w:val="0"/>
        </w:rPr>
        <w:t>Planned marketing activities:</w:t>
      </w:r>
    </w:p>
    <w:p>
      <w:pPr>
        <w:pStyle w:val="ListBullet"/>
      </w:pPr>
      <w:r>
        <w:t>Impact stories and photos</w:t>
      </w:r>
    </w:p>
    <w:p>
      <w:pPr>
        <w:pStyle w:val="ListBullet"/>
      </w:pPr>
      <w:r>
        <w:t>Annual giving campaigns</w:t>
      </w:r>
    </w:p>
    <w:p>
      <w:pPr>
        <w:pStyle w:val="ListBullet"/>
      </w:pPr>
      <w:r>
        <w:t>Grant applications</w:t>
      </w:r>
    </w:p>
    <w:p>
      <w:pPr>
        <w:pStyle w:val="ListBullet"/>
      </w:pPr>
      <w:r>
        <w:t>Corporate partnerships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Channel</w:t>
            </w:r>
          </w:p>
        </w:tc>
        <w:tc>
          <w:tcPr>
            <w:tcW w:type="dxa" w:w="3400"/>
            <w:shd w:val="clear" w:color="auto" w:fill="0F5D4E"/>
          </w:tcPr>
          <w:p>
            <w:r/>
            <w:r>
              <w:rPr>
                <w:b/>
                <w:color w:val="FFFFFF"/>
              </w:rPr>
              <w:t>Monthly budget</w:t>
            </w:r>
          </w:p>
        </w:tc>
        <w:tc>
          <w:tcPr>
            <w:tcW w:type="dxa" w:w="3400"/>
            <w:shd w:val="clear" w:color="auto" w:fill="0F5D4E"/>
          </w:tcPr>
          <w:p>
            <w:r/>
            <w:r>
              <w:rPr>
                <w:b/>
                <w:color w:val="FFFFFF"/>
              </w:rPr>
              <w:t>Goal</w:t>
            </w:r>
          </w:p>
        </w:tc>
      </w:tr>
      <w:tr>
        <w:tc>
          <w:tcPr>
            <w:tcW w:type="dxa" w:w="3400"/>
          </w:tcPr>
          <w:p>
            <w:r>
              <w:t>Impact ...</w:t>
            </w:r>
          </w:p>
        </w:tc>
        <w:tc>
          <w:tcPr>
            <w:tcW w:type="dxa" w:w="3400"/>
          </w:tcPr>
          <w:p>
            <w:r>
              <w:t>[$]</w:t>
            </w:r>
          </w:p>
        </w:tc>
        <w:tc>
          <w:tcPr>
            <w:tcW w:type="dxa" w:w="3400"/>
          </w:tcPr>
          <w:p>
            <w:r>
              <w:t>[#]</w:t>
            </w:r>
          </w:p>
        </w:tc>
      </w:tr>
      <w:tr>
        <w:tc>
          <w:tcPr>
            <w:tcW w:type="dxa" w:w="3400"/>
          </w:tcPr>
          <w:p>
            <w:r>
              <w:t>Annual ...</w:t>
            </w:r>
          </w:p>
        </w:tc>
        <w:tc>
          <w:tcPr>
            <w:tcW w:type="dxa" w:w="3400"/>
          </w:tcPr>
          <w:p>
            <w:r>
              <w:t>[$]</w:t>
            </w:r>
          </w:p>
        </w:tc>
        <w:tc>
          <w:tcPr>
            <w:tcW w:type="dxa" w:w="3400"/>
          </w:tcPr>
          <w:p>
            <w:r>
              <w:t>[#]</w:t>
            </w:r>
          </w:p>
        </w:tc>
      </w:tr>
      <w:tr>
        <w:tc>
          <w:tcPr>
            <w:tcW w:type="dxa" w:w="3400"/>
          </w:tcPr>
          <w:p>
            <w:r>
              <w:t>Grant ...</w:t>
            </w:r>
          </w:p>
        </w:tc>
        <w:tc>
          <w:tcPr>
            <w:tcW w:type="dxa" w:w="3400"/>
          </w:tcPr>
          <w:p>
            <w:r>
              <w:t>[$]</w:t>
            </w:r>
          </w:p>
        </w:tc>
        <w:tc>
          <w:tcPr>
            <w:tcW w:type="dxa" w:w="3400"/>
          </w:tcPr>
          <w:p>
            <w:r>
              <w:t>[#]</w:t>
            </w:r>
          </w:p>
        </w:tc>
      </w:tr>
    </w:tbl>
    <w:p/>
    <w:p>
      <w:pPr>
        <w:pStyle w:val="Heading1"/>
      </w:pPr>
      <w:r>
        <w:t>7. Operations</w:t>
      </w:r>
    </w:p>
    <w:p>
      <w:r>
        <w:rPr>
          <w:b/>
          <w:i w:val="0"/>
        </w:rPr>
        <w:t>Location, facilities and equipment</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Suppliers and day-to-day operations</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Licenses, permits and insurance to obtain:</w:t>
      </w:r>
    </w:p>
    <w:p>
      <w:pPr>
        <w:pStyle w:val="ListBullet"/>
      </w:pPr>
      <w:r>
        <w:t>State nonprofit incorporation  [ ] obtained</w:t>
      </w:r>
    </w:p>
    <w:p>
      <w:pPr>
        <w:pStyle w:val="ListBullet"/>
      </w:pPr>
      <w:r>
        <w:t>IRS 501(c)(3) determination  [ ] obtained</w:t>
      </w:r>
    </w:p>
    <w:p>
      <w:pPr>
        <w:pStyle w:val="ListBullet"/>
      </w:pPr>
      <w:r>
        <w:t>State charitable solicitation registration  [ ] obtained</w:t>
      </w:r>
    </w:p>
    <w:p>
      <w:pPr>
        <w:pStyle w:val="ListBullet"/>
      </w:pPr>
      <w:r>
        <w:t>Annual Form 990 filing  [ ] obtained</w:t>
      </w:r>
    </w:p>
    <w:p>
      <w:r>
        <w:rPr>
          <w:b w:val="0"/>
          <w:i/>
          <w:color w:val="6B7280"/>
          <w:sz w:val="18"/>
        </w:rPr>
        <w:t>Requirements vary by state and city. Confirm with your local licensing office.</w:t>
      </w:r>
    </w:p>
    <w:p>
      <w:pPr>
        <w:pStyle w:val="Heading1"/>
      </w:pPr>
      <w:r>
        <w:t>8. Management and Staffing</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Name</w:t>
            </w:r>
          </w:p>
        </w:tc>
        <w:tc>
          <w:tcPr>
            <w:tcW w:type="dxa" w:w="3400"/>
            <w:shd w:val="clear" w:color="auto" w:fill="0F5D4E"/>
          </w:tcPr>
          <w:p>
            <w:r/>
            <w:r>
              <w:rPr>
                <w:b/>
                <w:color w:val="FFFFFF"/>
              </w:rPr>
              <w:t>Role</w:t>
            </w:r>
          </w:p>
        </w:tc>
        <w:tc>
          <w:tcPr>
            <w:tcW w:type="dxa" w:w="3400"/>
            <w:shd w:val="clear" w:color="auto" w:fill="0F5D4E"/>
          </w:tcPr>
          <w:p>
            <w:r/>
            <w:r>
              <w:rPr>
                <w:b/>
                <w:color w:val="FFFFFF"/>
              </w:rPr>
              <w:t>Experience</w:t>
            </w:r>
          </w:p>
        </w:tc>
      </w:tr>
      <w:tr>
        <w:tc>
          <w:tcPr>
            <w:tcW w:type="dxa" w:w="3400"/>
          </w:tcPr>
          <w:p>
            <w:r>
              <w:t>[Owner name]</w:t>
            </w:r>
          </w:p>
        </w:tc>
        <w:tc>
          <w:tcPr>
            <w:tcW w:type="dxa" w:w="3400"/>
          </w:tcPr>
          <w:p>
            <w:r>
              <w:t>Owner / manager</w:t>
            </w:r>
          </w:p>
        </w:tc>
        <w:tc>
          <w:tcPr>
            <w:tcW w:type="dxa" w:w="3400"/>
          </w:tcPr>
          <w:p>
            <w:r>
              <w:t>[Relevant experience]</w:t>
            </w:r>
          </w:p>
        </w:tc>
      </w:tr>
      <w:tr>
        <w:tc>
          <w:tcPr>
            <w:tcW w:type="dxa" w:w="3400"/>
          </w:tcPr>
          <w:p>
            <w:r/>
            <w:r>
              <w:t xml:space="preserve"> </w:t>
            </w:r>
          </w:p>
        </w:tc>
        <w:tc>
          <w:tcPr>
            <w:tcW w:type="dxa" w:w="3400"/>
          </w:tcPr>
          <w:p>
            <w:r/>
            <w:r>
              <w:t xml:space="preserve"> </w:t>
            </w:r>
          </w:p>
        </w:tc>
        <w:tc>
          <w:tcPr>
            <w:tcW w:type="dxa" w:w="3400"/>
          </w:tcPr>
          <w:p>
            <w:r/>
            <w:r>
              <w:t xml:space="preserve"> </w:t>
            </w:r>
          </w:p>
        </w:tc>
      </w:tr>
      <w:tr>
        <w:tc>
          <w:tcPr>
            <w:tcW w:type="dxa" w:w="3400"/>
          </w:tcPr>
          <w:p>
            <w:r/>
            <w:r>
              <w:t xml:space="preserve"> </w:t>
            </w:r>
          </w:p>
        </w:tc>
        <w:tc>
          <w:tcPr>
            <w:tcW w:type="dxa" w:w="3400"/>
          </w:tcPr>
          <w:p>
            <w:r/>
            <w:r>
              <w:t xml:space="preserve"> </w:t>
            </w:r>
          </w:p>
        </w:tc>
        <w:tc>
          <w:tcPr>
            <w:tcW w:type="dxa" w:w="3400"/>
          </w:tcPr>
          <w:p>
            <w:r/>
            <w:r>
              <w:t xml:space="preserve"> </w:t>
            </w:r>
          </w:p>
        </w:tc>
      </w:tr>
    </w:tbl>
    <w:p/>
    <w:p>
      <w:r>
        <w:rPr>
          <w:b/>
          <w:i w:val="0"/>
        </w:rPr>
        <w:t>Hiring plan for the first three years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9. Key Performance Indicators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Metric</w:t>
            </w:r>
          </w:p>
        </w:tc>
        <w:tc>
          <w:tcPr>
            <w:tcW w:type="dxa" w:w="3400"/>
            <w:shd w:val="clear" w:color="auto" w:fill="0F5D4E"/>
          </w:tcPr>
          <w:p>
            <w:r/>
            <w:r>
              <w:rPr>
                <w:b/>
                <w:color w:val="FFFFFF"/>
              </w:rPr>
              <w:t>Why it matters</w:t>
            </w:r>
          </w:p>
        </w:tc>
        <w:tc>
          <w:tcPr>
            <w:tcW w:type="dxa" w:w="3400"/>
            <w:shd w:val="clear" w:color="auto" w:fill="0F5D4E"/>
          </w:tcPr>
          <w:p>
            <w:r/>
            <w:r>
              <w:rPr>
                <w:b/>
                <w:color w:val="FFFFFF"/>
              </w:rPr>
              <w:t>Our target</w:t>
            </w:r>
          </w:p>
        </w:tc>
      </w:tr>
      <w:tr>
        <w:tc>
          <w:tcPr>
            <w:tcW w:type="dxa" w:w="3400"/>
          </w:tcPr>
          <w:p>
            <w:r>
              <w:t>People served</w:t>
            </w:r>
          </w:p>
        </w:tc>
        <w:tc>
          <w:tcPr>
            <w:tcW w:type="dxa" w:w="3400"/>
          </w:tcPr>
          <w:p>
            <w:r>
              <w:t>Program reach.</w:t>
            </w:r>
          </w:p>
        </w:tc>
        <w:tc>
          <w:tcPr>
            <w:tcW w:type="dxa" w:w="3400"/>
          </w:tcPr>
          <w:p>
            <w:r>
              <w:t>[Target]</w:t>
            </w:r>
          </w:p>
        </w:tc>
      </w:tr>
      <w:tr>
        <w:tc>
          <w:tcPr>
            <w:tcW w:type="dxa" w:w="3400"/>
          </w:tcPr>
          <w:p>
            <w:r>
              <w:t>Outcome measures</w:t>
            </w:r>
          </w:p>
        </w:tc>
        <w:tc>
          <w:tcPr>
            <w:tcW w:type="dxa" w:w="3400"/>
          </w:tcPr>
          <w:p>
            <w:r>
              <w:t>Changes your programs create.</w:t>
            </w:r>
          </w:p>
        </w:tc>
        <w:tc>
          <w:tcPr>
            <w:tcW w:type="dxa" w:w="3400"/>
          </w:tcPr>
          <w:p>
            <w:r>
              <w:t>[Target]</w:t>
            </w:r>
          </w:p>
        </w:tc>
      </w:tr>
      <w:tr>
        <w:tc>
          <w:tcPr>
            <w:tcW w:type="dxa" w:w="3400"/>
          </w:tcPr>
          <w:p>
            <w:r>
              <w:t>Program expense ratio</w:t>
            </w:r>
          </w:p>
        </w:tc>
        <w:tc>
          <w:tcPr>
            <w:tcW w:type="dxa" w:w="3400"/>
          </w:tcPr>
          <w:p>
            <w:r>
              <w:t>Share of spending on programs.</w:t>
            </w:r>
          </w:p>
        </w:tc>
        <w:tc>
          <w:tcPr>
            <w:tcW w:type="dxa" w:w="3400"/>
          </w:tcPr>
          <w:p>
            <w:r>
              <w:t>[Target]</w:t>
            </w:r>
          </w:p>
        </w:tc>
      </w:tr>
      <w:tr>
        <w:tc>
          <w:tcPr>
            <w:tcW w:type="dxa" w:w="3400"/>
          </w:tcPr>
          <w:p>
            <w:r>
              <w:t>Donor retention</w:t>
            </w:r>
          </w:p>
        </w:tc>
        <w:tc>
          <w:tcPr>
            <w:tcW w:type="dxa" w:w="3400"/>
          </w:tcPr>
          <w:p>
            <w:r>
              <w:t>Share of donors who give again.</w:t>
            </w:r>
          </w:p>
        </w:tc>
        <w:tc>
          <w:tcPr>
            <w:tcW w:type="dxa" w:w="3400"/>
          </w:tcPr>
          <w:p>
            <w:r>
              <w:t>[Target]</w:t>
            </w:r>
          </w:p>
        </w:tc>
      </w:tr>
    </w:tbl>
    <w:p/>
    <w:p>
      <w:pPr>
        <w:pStyle w:val="Heading1"/>
      </w:pPr>
      <w:r>
        <w:t>10. Risks and How We Will Manage Them</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Risk</w:t>
            </w:r>
          </w:p>
        </w:tc>
        <w:tc>
          <w:tcPr>
            <w:tcW w:type="dxa" w:w="5100"/>
            <w:shd w:val="clear" w:color="auto" w:fill="0F5D4E"/>
          </w:tcPr>
          <w:p>
            <w:r/>
            <w:r>
              <w:rPr>
                <w:b/>
                <w:color w:val="FFFFFF"/>
              </w:rPr>
              <w:t>How we will reduce it</w:t>
            </w:r>
          </w:p>
        </w:tc>
      </w:tr>
      <w:tr>
        <w:tc>
          <w:tcPr>
            <w:tcW w:type="dxa" w:w="5100"/>
          </w:tcPr>
          <w:p>
            <w:r>
              <w:t>Dependence on a few grants</w:t>
            </w:r>
          </w:p>
        </w:tc>
        <w:tc>
          <w:tcPr>
            <w:tcW w:type="dxa" w:w="5100"/>
          </w:tcPr>
          <w:p>
            <w:r>
              <w:t>[Your plan]</w:t>
            </w:r>
          </w:p>
        </w:tc>
      </w:tr>
      <w:tr>
        <w:tc>
          <w:tcPr>
            <w:tcW w:type="dxa" w:w="5100"/>
          </w:tcPr>
          <w:p>
            <w:r>
              <w:t>Volunteer turnover</w:t>
            </w:r>
          </w:p>
        </w:tc>
        <w:tc>
          <w:tcPr>
            <w:tcW w:type="dxa" w:w="5100"/>
          </w:tcPr>
          <w:p>
            <w:r>
              <w:t>[Your plan]</w:t>
            </w:r>
          </w:p>
        </w:tc>
      </w:tr>
      <w:tr>
        <w:tc>
          <w:tcPr>
            <w:tcW w:type="dxa" w:w="5100"/>
          </w:tcPr>
          <w:p>
            <w:r>
              <w:t>Founder burnout</w:t>
            </w:r>
          </w:p>
        </w:tc>
        <w:tc>
          <w:tcPr>
            <w:tcW w:type="dxa" w:w="5100"/>
          </w:tcPr>
          <w:p>
            <w:r>
              <w:t>[Your plan]</w:t>
            </w:r>
          </w:p>
        </w:tc>
      </w:tr>
      <w:tr>
        <w:tc>
          <w:tcPr>
            <w:tcW w:type="dxa" w:w="5100"/>
          </w:tcPr>
          <w:p>
            <w:r>
              <w:t>Compliance with nonprofit rules</w:t>
            </w:r>
          </w:p>
        </w:tc>
        <w:tc>
          <w:tcPr>
            <w:tcW w:type="dxa" w:w="5100"/>
          </w:tcPr>
          <w:p>
            <w:r>
              <w:t>[Your plan]</w:t>
            </w:r>
          </w:p>
        </w:tc>
      </w:tr>
    </w:tbl>
    <w:p/>
    <w:p>
      <w:pPr>
        <w:pStyle w:val="Heading1"/>
      </w:pPr>
      <w:r>
        <w:t>11. Financial Plan</w:t>
      </w:r>
    </w:p>
    <w:p>
      <w:r>
        <w:rPr>
          <w:b/>
          <w:i w:val="0"/>
        </w:rPr>
        <w:t>Estimated startup costs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Startup cost</w:t>
            </w:r>
          </w:p>
        </w:tc>
        <w:tc>
          <w:tcPr>
            <w:tcW w:type="dxa" w:w="2550"/>
            <w:shd w:val="clear" w:color="auto" w:fill="0F5D4E"/>
          </w:tcPr>
          <w:p>
            <w:r/>
            <w:r>
              <w:rPr>
                <w:b/>
                <w:color w:val="FFFFFF"/>
              </w:rPr>
              <w:t>Typical low</w:t>
            </w:r>
          </w:p>
        </w:tc>
        <w:tc>
          <w:tcPr>
            <w:tcW w:type="dxa" w:w="2550"/>
            <w:shd w:val="clear" w:color="auto" w:fill="0F5D4E"/>
          </w:tcPr>
          <w:p>
            <w:r/>
            <w:r>
              <w:rPr>
                <w:b/>
                <w:color w:val="FFFFFF"/>
              </w:rPr>
              <w:t>Typical high</w:t>
            </w:r>
          </w:p>
        </w:tc>
        <w:tc>
          <w:tcPr>
            <w:tcW w:type="dxa" w:w="2550"/>
            <w:shd w:val="clear" w:color="auto" w:fill="0F5D4E"/>
          </w:tcPr>
          <w:p>
            <w:r/>
            <w:r>
              <w:rPr>
                <w:b/>
                <w:color w:val="FFFFFF"/>
              </w:rPr>
              <w:t>Our estimate</w:t>
            </w:r>
          </w:p>
        </w:tc>
      </w:tr>
      <w:tr>
        <w:tc>
          <w:tcPr>
            <w:tcW w:type="dxa" w:w="2550"/>
          </w:tcPr>
          <w:p>
            <w:r>
              <w:t>Incorporation and 501(c)(3) application</w:t>
            </w:r>
          </w:p>
        </w:tc>
        <w:tc>
          <w:tcPr>
            <w:tcW w:type="dxa" w:w="2550"/>
          </w:tcPr>
          <w:p>
            <w:r>
              <w:t>$500</w:t>
            </w:r>
          </w:p>
        </w:tc>
        <w:tc>
          <w:tcPr>
            <w:tcW w:type="dxa" w:w="2550"/>
          </w:tcPr>
          <w:p>
            <w:r>
              <w:t>$3,000</w:t>
            </w:r>
          </w:p>
        </w:tc>
        <w:tc>
          <w:tcPr>
            <w:tcW w:type="dxa" w:w="2550"/>
          </w:tcPr>
          <w:p>
            <w:r>
              <w:t>[$]</w:t>
            </w:r>
          </w:p>
        </w:tc>
      </w:tr>
      <w:tr>
        <w:tc>
          <w:tcPr>
            <w:tcW w:type="dxa" w:w="2550"/>
          </w:tcPr>
          <w:p>
            <w:r>
              <w:t>Program startup costs</w:t>
            </w:r>
          </w:p>
        </w:tc>
        <w:tc>
          <w:tcPr>
            <w:tcW w:type="dxa" w:w="2550"/>
          </w:tcPr>
          <w:p>
            <w:r>
              <w:t>$5,000</w:t>
            </w:r>
          </w:p>
        </w:tc>
        <w:tc>
          <w:tcPr>
            <w:tcW w:type="dxa" w:w="2550"/>
          </w:tcPr>
          <w:p>
            <w:r>
              <w:t>$50,000</w:t>
            </w:r>
          </w:p>
        </w:tc>
        <w:tc>
          <w:tcPr>
            <w:tcW w:type="dxa" w:w="2550"/>
          </w:tcPr>
          <w:p>
            <w:r>
              <w:t>[$]</w:t>
            </w:r>
          </w:p>
        </w:tc>
      </w:tr>
      <w:tr>
        <w:tc>
          <w:tcPr>
            <w:tcW w:type="dxa" w:w="2550"/>
          </w:tcPr>
          <w:p>
            <w:r>
              <w:t>Office or program space</w:t>
            </w:r>
          </w:p>
        </w:tc>
        <w:tc>
          <w:tcPr>
            <w:tcW w:type="dxa" w:w="2550"/>
          </w:tcPr>
          <w:p>
            <w:r>
              <w:t>$0</w:t>
            </w:r>
          </w:p>
        </w:tc>
        <w:tc>
          <w:tcPr>
            <w:tcW w:type="dxa" w:w="2550"/>
          </w:tcPr>
          <w:p>
            <w:r>
              <w:t>$30,000</w:t>
            </w:r>
          </w:p>
        </w:tc>
        <w:tc>
          <w:tcPr>
            <w:tcW w:type="dxa" w:w="2550"/>
          </w:tcPr>
          <w:p>
            <w:r>
              <w:t>[$]</w:t>
            </w:r>
          </w:p>
        </w:tc>
      </w:tr>
      <w:tr>
        <w:tc>
          <w:tcPr>
            <w:tcW w:type="dxa" w:w="2550"/>
          </w:tcPr>
          <w:p>
            <w:r>
              <w:t>Donor database and website</w:t>
            </w:r>
          </w:p>
        </w:tc>
        <w:tc>
          <w:tcPr>
            <w:tcW w:type="dxa" w:w="2550"/>
          </w:tcPr>
          <w:p>
            <w:r>
              <w:t>$500</w:t>
            </w:r>
          </w:p>
        </w:tc>
        <w:tc>
          <w:tcPr>
            <w:tcW w:type="dxa" w:w="2550"/>
          </w:tcPr>
          <w:p>
            <w:r>
              <w:t>$4,000</w:t>
            </w:r>
          </w:p>
        </w:tc>
        <w:tc>
          <w:tcPr>
            <w:tcW w:type="dxa" w:w="2550"/>
          </w:tcPr>
          <w:p>
            <w:r>
              <w:t>[$]</w:t>
            </w:r>
          </w:p>
        </w:tc>
      </w:tr>
      <w:tr>
        <w:tc>
          <w:tcPr>
            <w:tcW w:type="dxa" w:w="2550"/>
          </w:tcPr>
          <w:p>
            <w:r>
              <w:t>Insurance (including directors and officers)</w:t>
            </w:r>
          </w:p>
        </w:tc>
        <w:tc>
          <w:tcPr>
            <w:tcW w:type="dxa" w:w="2550"/>
          </w:tcPr>
          <w:p>
            <w:r>
              <w:t>$1,000</w:t>
            </w:r>
          </w:p>
        </w:tc>
        <w:tc>
          <w:tcPr>
            <w:tcW w:type="dxa" w:w="2550"/>
          </w:tcPr>
          <w:p>
            <w:r>
              <w:t>$4,000</w:t>
            </w:r>
          </w:p>
        </w:tc>
        <w:tc>
          <w:tcPr>
            <w:tcW w:type="dxa" w:w="2550"/>
          </w:tcPr>
          <w:p>
            <w:r>
              <w:t>[$]</w:t>
            </w:r>
          </w:p>
        </w:tc>
      </w:tr>
      <w:tr>
        <w:tc>
          <w:tcPr>
            <w:tcW w:type="dxa" w:w="2550"/>
          </w:tcPr>
          <w:p>
            <w:r>
              <w:t>Fundraising launch</w:t>
            </w:r>
          </w:p>
        </w:tc>
        <w:tc>
          <w:tcPr>
            <w:tcW w:type="dxa" w:w="2550"/>
          </w:tcPr>
          <w:p>
            <w:r>
              <w:t>$1,000</w:t>
            </w:r>
          </w:p>
        </w:tc>
        <w:tc>
          <w:tcPr>
            <w:tcW w:type="dxa" w:w="2550"/>
          </w:tcPr>
          <w:p>
            <w:r>
              <w:t>$10,000</w:t>
            </w:r>
          </w:p>
        </w:tc>
        <w:tc>
          <w:tcPr>
            <w:tcW w:type="dxa" w:w="2550"/>
          </w:tcPr>
          <w:p>
            <w:r>
              <w:t>[$]</w:t>
            </w:r>
          </w:p>
        </w:tc>
      </w:tr>
      <w:tr>
        <w:tc>
          <w:tcPr>
            <w:tcW w:type="dxa" w:w="2550"/>
          </w:tcPr>
          <w:p>
            <w:r>
              <w:t>Operating reserve</w:t>
            </w:r>
          </w:p>
        </w:tc>
        <w:tc>
          <w:tcPr>
            <w:tcW w:type="dxa" w:w="2550"/>
          </w:tcPr>
          <w:p>
            <w:r>
              <w:t>$5,000</w:t>
            </w:r>
          </w:p>
        </w:tc>
        <w:tc>
          <w:tcPr>
            <w:tcW w:type="dxa" w:w="2550"/>
          </w:tcPr>
          <w:p>
            <w:r>
              <w:t>$40,000</w:t>
            </w:r>
          </w:p>
        </w:tc>
        <w:tc>
          <w:tcPr>
            <w:tcW w:type="dxa" w:w="2550"/>
          </w:tcPr>
          <w:p>
            <w:r>
              <w:t>[$]</w:t>
            </w:r>
          </w:p>
        </w:tc>
      </w:tr>
      <w:tr>
        <w:tc>
          <w:tcPr>
            <w:tcW w:type="dxa" w:w="2550"/>
          </w:tcPr>
          <w:p>
            <w:r>
              <w:t>Total</w:t>
            </w:r>
          </w:p>
        </w:tc>
        <w:tc>
          <w:tcPr>
            <w:tcW w:type="dxa" w:w="2550"/>
          </w:tcPr>
          <w:p>
            <w:r>
              <w:t>$13,000</w:t>
            </w:r>
          </w:p>
        </w:tc>
        <w:tc>
          <w:tcPr>
            <w:tcW w:type="dxa" w:w="2550"/>
          </w:tcPr>
          <w:p>
            <w:r>
              <w:t>$141,000</w:t>
            </w:r>
          </w:p>
        </w:tc>
        <w:tc>
          <w:tcPr>
            <w:tcW w:type="dxa" w:w="2550"/>
          </w:tcPr>
          <w:p>
            <w:r>
              <w:t>[$]</w:t>
            </w:r>
          </w:p>
        </w:tc>
      </w:tr>
    </w:tbl>
    <w:p/>
    <w:p>
      <w:r>
        <w:rPr>
          <w:b/>
          <w:i w:val="0"/>
        </w:rPr>
        <w:t>Three-year projection (illustrative)</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r>
          </w:p>
        </w:tc>
        <w:tc>
          <w:tcPr>
            <w:tcW w:type="dxa" w:w="2550"/>
            <w:shd w:val="clear" w:color="auto" w:fill="0F5D4E"/>
          </w:tcPr>
          <w:p>
            <w:r/>
            <w:r>
              <w:rPr>
                <w:b/>
                <w:color w:val="FFFFFF"/>
              </w:rPr>
              <w:t>Year 1</w:t>
            </w:r>
          </w:p>
        </w:tc>
        <w:tc>
          <w:tcPr>
            <w:tcW w:type="dxa" w:w="2550"/>
            <w:shd w:val="clear" w:color="auto" w:fill="0F5D4E"/>
          </w:tcPr>
          <w:p>
            <w:r/>
            <w:r>
              <w:rPr>
                <w:b/>
                <w:color w:val="FFFFFF"/>
              </w:rPr>
              <w:t>Year 2</w:t>
            </w:r>
          </w:p>
        </w:tc>
        <w:tc>
          <w:tcPr>
            <w:tcW w:type="dxa" w:w="2550"/>
            <w:shd w:val="clear" w:color="auto" w:fill="0F5D4E"/>
          </w:tcPr>
          <w:p>
            <w:r/>
            <w:r>
              <w:rPr>
                <w:b/>
                <w:color w:val="FFFFFF"/>
              </w:rPr>
              <w:t>Year 3</w:t>
            </w:r>
          </w:p>
        </w:tc>
      </w:tr>
      <w:tr>
        <w:tc>
          <w:tcPr>
            <w:tcW w:type="dxa" w:w="2550"/>
          </w:tcPr>
          <w:p>
            <w:r>
              <w:t>Revenue</w:t>
            </w:r>
          </w:p>
        </w:tc>
        <w:tc>
          <w:tcPr>
            <w:tcW w:type="dxa" w:w="2550"/>
          </w:tcPr>
          <w:p>
            <w:r>
              <w:t>$250,000</w:t>
            </w:r>
          </w:p>
        </w:tc>
        <w:tc>
          <w:tcPr>
            <w:tcW w:type="dxa" w:w="2550"/>
          </w:tcPr>
          <w:p>
            <w:r>
              <w:t>$312,000</w:t>
            </w:r>
          </w:p>
        </w:tc>
        <w:tc>
          <w:tcPr>
            <w:tcW w:type="dxa" w:w="2550"/>
          </w:tcPr>
          <w:p>
            <w:r>
              <w:t>$359,000</w:t>
            </w:r>
          </w:p>
        </w:tc>
      </w:tr>
      <w:tr>
        <w:tc>
          <w:tcPr>
            <w:tcW w:type="dxa" w:w="2550"/>
          </w:tcPr>
          <w:p>
            <w:r>
              <w:t>Cost of sales</w:t>
            </w:r>
          </w:p>
        </w:tc>
        <w:tc>
          <w:tcPr>
            <w:tcW w:type="dxa" w:w="2550"/>
          </w:tcPr>
          <w:p>
            <w:r>
              <w:t>$0</w:t>
            </w:r>
          </w:p>
        </w:tc>
        <w:tc>
          <w:tcPr>
            <w:tcW w:type="dxa" w:w="2550"/>
          </w:tcPr>
          <w:p>
            <w:r>
              <w:t>$0</w:t>
            </w:r>
          </w:p>
        </w:tc>
        <w:tc>
          <w:tcPr>
            <w:tcW w:type="dxa" w:w="2550"/>
          </w:tcPr>
          <w:p>
            <w:r>
              <w:t>$0</w:t>
            </w:r>
          </w:p>
        </w:tc>
      </w:tr>
      <w:tr>
        <w:tc>
          <w:tcPr>
            <w:tcW w:type="dxa" w:w="2550"/>
          </w:tcPr>
          <w:p>
            <w:r>
              <w:t>Gross profit</w:t>
            </w:r>
          </w:p>
        </w:tc>
        <w:tc>
          <w:tcPr>
            <w:tcW w:type="dxa" w:w="2550"/>
          </w:tcPr>
          <w:p>
            <w:r>
              <w:t>$250,000</w:t>
            </w:r>
          </w:p>
        </w:tc>
        <w:tc>
          <w:tcPr>
            <w:tcW w:type="dxa" w:w="2550"/>
          </w:tcPr>
          <w:p>
            <w:r>
              <w:t>$312,000</w:t>
            </w:r>
          </w:p>
        </w:tc>
        <w:tc>
          <w:tcPr>
            <w:tcW w:type="dxa" w:w="2550"/>
          </w:tcPr>
          <w:p>
            <w:r>
              <w:t>$359,000</w:t>
            </w:r>
          </w:p>
        </w:tc>
      </w:tr>
      <w:tr>
        <w:tc>
          <w:tcPr>
            <w:tcW w:type="dxa" w:w="2550"/>
          </w:tcPr>
          <w:p>
            <w:r>
              <w:t>Operating expenses</w:t>
            </w:r>
          </w:p>
        </w:tc>
        <w:tc>
          <w:tcPr>
            <w:tcW w:type="dxa" w:w="2550"/>
          </w:tcPr>
          <w:p>
            <w:r>
              <w:t>$237,500</w:t>
            </w:r>
          </w:p>
        </w:tc>
        <w:tc>
          <w:tcPr>
            <w:tcW w:type="dxa" w:w="2550"/>
          </w:tcPr>
          <w:p>
            <w:r>
              <w:t>$261,250</w:t>
            </w:r>
          </w:p>
        </w:tc>
        <w:tc>
          <w:tcPr>
            <w:tcW w:type="dxa" w:w="2550"/>
          </w:tcPr>
          <w:p>
            <w:r>
              <w:t>$282,150</w:t>
            </w:r>
          </w:p>
        </w:tc>
      </w:tr>
      <w:tr>
        <w:tc>
          <w:tcPr>
            <w:tcW w:type="dxa" w:w="2550"/>
          </w:tcPr>
          <w:p>
            <w:r>
              <w:t>Net income before tax</w:t>
            </w:r>
          </w:p>
        </w:tc>
        <w:tc>
          <w:tcPr>
            <w:tcW w:type="dxa" w:w="2550"/>
          </w:tcPr>
          <w:p>
            <w:r>
              <w:t>$12,500</w:t>
            </w:r>
          </w:p>
        </w:tc>
        <w:tc>
          <w:tcPr>
            <w:tcW w:type="dxa" w:w="2550"/>
          </w:tcPr>
          <w:p>
            <w:r>
              <w:t>$50,750</w:t>
            </w:r>
          </w:p>
        </w:tc>
        <w:tc>
          <w:tcPr>
            <w:tcW w:type="dxa" w:w="2550"/>
          </w:tcPr>
          <w:p>
            <w:r>
              <w:t>$76,850</w:t>
            </w:r>
          </w:p>
        </w:tc>
      </w:tr>
    </w:tbl>
    <w:p/>
    <w:p>
      <w:r>
        <w:rPr>
          <w:b w:val="0"/>
          <w:i/>
          <w:color w:val="6B7280"/>
          <w:sz w:val="18"/>
        </w:rPr>
        <w:t>Example assumptions: 100% gross margin, revenue growth of 25% in year two and 15% in year three. Replace these with your own numbers. Our free Excel financial projections template at BusinessPlanDownload.net builds this table from your assumptions.</w:t>
      </w:r>
    </w:p>
    <w:p>
      <w:pPr>
        <w:pStyle w:val="Heading1"/>
      </w:pPr>
      <w:r>
        <w:t>12. Funding Request</w:t>
      </w:r>
    </w:p>
    <w:p>
      <w:r>
        <w:rPr>
          <w:b w:val="0"/>
          <w:i w:val="0"/>
        </w:rPr>
        <w:t>We are requesting $77,000 to fund startup costs and working capital. [Explain loan term or investor terms, how much the owners are investing, and how the funds will be repaid.]</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Use of funds</w:t>
            </w:r>
          </w:p>
        </w:tc>
        <w:tc>
          <w:tcPr>
            <w:tcW w:type="dxa" w:w="5100"/>
            <w:shd w:val="clear" w:color="auto" w:fill="0F5D4E"/>
          </w:tcPr>
          <w:p>
            <w:r/>
            <w:r>
              <w:rPr>
                <w:b/>
                <w:color w:val="FFFFFF"/>
              </w:rPr>
              <w:t>Amount</w:t>
            </w:r>
          </w:p>
        </w:tc>
      </w:tr>
      <w:tr>
        <w:tc>
          <w:tcPr>
            <w:tcW w:type="dxa" w:w="5100"/>
          </w:tcPr>
          <w:p>
            <w:r>
              <w:t>Incorporation and 501(c)(3) application</w:t>
            </w:r>
          </w:p>
        </w:tc>
        <w:tc>
          <w:tcPr>
            <w:tcW w:type="dxa" w:w="5100"/>
          </w:tcPr>
          <w:p>
            <w:r>
              <w:t>[$]</w:t>
            </w:r>
          </w:p>
        </w:tc>
      </w:tr>
      <w:tr>
        <w:tc>
          <w:tcPr>
            <w:tcW w:type="dxa" w:w="5100"/>
          </w:tcPr>
          <w:p>
            <w:r>
              <w:t>Program startup costs</w:t>
            </w:r>
          </w:p>
        </w:tc>
        <w:tc>
          <w:tcPr>
            <w:tcW w:type="dxa" w:w="5100"/>
          </w:tcPr>
          <w:p>
            <w:r>
              <w:t>[$]</w:t>
            </w:r>
          </w:p>
        </w:tc>
      </w:tr>
      <w:tr>
        <w:tc>
          <w:tcPr>
            <w:tcW w:type="dxa" w:w="5100"/>
          </w:tcPr>
          <w:p>
            <w:r>
              <w:t>Office or program space</w:t>
            </w:r>
          </w:p>
        </w:tc>
        <w:tc>
          <w:tcPr>
            <w:tcW w:type="dxa" w:w="5100"/>
          </w:tcPr>
          <w:p>
            <w:r>
              <w:t>[$]</w:t>
            </w:r>
          </w:p>
        </w:tc>
      </w:tr>
      <w:tr>
        <w:tc>
          <w:tcPr>
            <w:tcW w:type="dxa" w:w="5100"/>
          </w:tcPr>
          <w:p>
            <w:r>
              <w:t>Donor database and website</w:t>
            </w:r>
          </w:p>
        </w:tc>
        <w:tc>
          <w:tcPr>
            <w:tcW w:type="dxa" w:w="5100"/>
          </w:tcPr>
          <w:p>
            <w:r>
              <w:t>[$]</w:t>
            </w:r>
          </w:p>
        </w:tc>
      </w:tr>
      <w:tr>
        <w:tc>
          <w:tcPr>
            <w:tcW w:type="dxa" w:w="5100"/>
          </w:tcPr>
          <w:p>
            <w:r>
              <w:t>Insurance (including directors and officers)</w:t>
            </w:r>
          </w:p>
        </w:tc>
        <w:tc>
          <w:tcPr>
            <w:tcW w:type="dxa" w:w="5100"/>
          </w:tcPr>
          <w:p>
            <w:r>
              <w:t>[$]</w:t>
            </w:r>
          </w:p>
        </w:tc>
      </w:tr>
      <w:tr>
        <w:tc>
          <w:tcPr>
            <w:tcW w:type="dxa" w:w="5100"/>
          </w:tcPr>
          <w:p>
            <w:r>
              <w:t>Fundraising launch</w:t>
            </w:r>
          </w:p>
        </w:tc>
        <w:tc>
          <w:tcPr>
            <w:tcW w:type="dxa" w:w="5100"/>
          </w:tcPr>
          <w:p>
            <w:r>
              <w:t>[$]</w:t>
            </w:r>
          </w:p>
        </w:tc>
      </w:tr>
      <w:tr>
        <w:tc>
          <w:tcPr>
            <w:tcW w:type="dxa" w:w="5100"/>
          </w:tcPr>
          <w:p>
            <w:r>
              <w:t>Operating reserve</w:t>
            </w:r>
          </w:p>
        </w:tc>
        <w:tc>
          <w:tcPr>
            <w:tcW w:type="dxa" w:w="5100"/>
          </w:tcPr>
          <w:p>
            <w:r>
              <w:t>[$]</w:t>
            </w:r>
          </w:p>
        </w:tc>
      </w:tr>
    </w:tbl>
    <w:p/>
    <w:p>
      <w:pPr>
        <w:pStyle w:val="Heading1"/>
      </w:pPr>
      <w:r>
        <w:t>Appendix</w:t>
      </w:r>
    </w:p>
    <w:p>
      <w:r>
        <w:rPr>
          <w:b/>
          <w:i w:val="0"/>
        </w:rPr>
        <w:t>Writing tips for a nonprofit organization plan:</w:t>
      </w:r>
    </w:p>
    <w:p>
      <w:pPr>
        <w:pStyle w:val="ListBullet"/>
      </w:pPr>
      <w:r>
        <w:t>Write a logic model linking activities to outcomes.</w:t>
      </w:r>
    </w:p>
    <w:p>
      <w:pPr>
        <w:pStyle w:val="ListBullet"/>
      </w:pPr>
      <w:r>
        <w:t>Show a diverse funding plan.</w:t>
      </w:r>
    </w:p>
    <w:p>
      <w:pPr>
        <w:pStyle w:val="ListBullet"/>
      </w:pPr>
      <w:r>
        <w:t>Introduce your board and their roles.</w:t>
      </w:r>
    </w:p>
    <w:p>
      <w:r>
        <w:rPr>
          <w:b w:val="0"/>
          <w:i w:val="0"/>
        </w:rPr>
        <w:t>Attach: owner resumes, lease or letter of intent, equipment quotes, permits, market research, photos and detailed financial statements.</w:t>
      </w:r>
    </w:p>
    <w:sectPr w:rsidR="00FC693F" w:rsidRPr="0006063C" w:rsidSect="00034616">
      <w:footerReference w:type="default" r:id="rId9"/>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Free template from BusinessPlanDownload.net  |  Replace all text in [brackets] with your own information.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5D4E"/>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F5D4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0F5D4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