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Pet Grooming and Dog Daycare Business Plan</w:t>
      </w:r>
    </w:p>
    <w:p>
      <w:r>
        <w:rPr>
          <w:b w:val="0"/>
          <w:i w:val="0"/>
          <w:color w:val="6B7280"/>
          <w:sz w:val="28"/>
        </w:rPr>
        <w:t>Sample plan for Happy Tails Pet Care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Happy Tails Pet Care is a new pet grooming and dog daycare business based in [City, State]. We will serve dog owners who work full time and owners of breeds needing regular grooming, offering grooming and bathing, dog daycare and overnight boarding. Our goal is to become the go-to choice for [your target customer] in [your area] by [your key difference, such as quality, speed, price or specialty].</w:t>
      </w:r>
    </w:p>
    <w:p>
      <w:r>
        <w:rPr>
          <w:b w:val="0"/>
          <w:i w:val="0"/>
        </w:rPr>
        <w:t>We project first-year revenue of about $260,000, growing to $374,000 by year three. Startup costs are estimated between $39,000 and $203,000. We are seeking $121,000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Pet businesses benefit from loyal owners who visit every few weeks. Your plan should explain services and capacity, staff training and safety, and how packages and memberships keep the schedule full.</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[Happy Tails Pet Care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Grooming and bathing</w:t>
            </w:r>
          </w:p>
        </w:tc>
        <w:tc>
          <w:tcPr>
            <w:tcW w:type="dxa" w:w="2550"/>
          </w:tcPr>
          <w:p>
            <w:r>
              <w:t>[Describe]</w:t>
            </w:r>
          </w:p>
        </w:tc>
        <w:tc>
          <w:tcPr>
            <w:tcW w:type="dxa" w:w="2550"/>
          </w:tcPr>
          <w:p>
            <w:r>
              <w:t>[$]</w:t>
            </w:r>
          </w:p>
        </w:tc>
        <w:tc>
          <w:tcPr>
            <w:tcW w:type="dxa" w:w="2550"/>
          </w:tcPr>
          <w:p>
            <w:r>
              <w:t>[$]</w:t>
            </w:r>
          </w:p>
        </w:tc>
      </w:tr>
      <w:tr>
        <w:tc>
          <w:tcPr>
            <w:tcW w:type="dxa" w:w="2550"/>
          </w:tcPr>
          <w:p>
            <w:r>
              <w:t>Dog daycare</w:t>
            </w:r>
          </w:p>
        </w:tc>
        <w:tc>
          <w:tcPr>
            <w:tcW w:type="dxa" w:w="2550"/>
          </w:tcPr>
          <w:p>
            <w:r>
              <w:t>[Describe]</w:t>
            </w:r>
          </w:p>
        </w:tc>
        <w:tc>
          <w:tcPr>
            <w:tcW w:type="dxa" w:w="2550"/>
          </w:tcPr>
          <w:p>
            <w:r>
              <w:t>[$]</w:t>
            </w:r>
          </w:p>
        </w:tc>
        <w:tc>
          <w:tcPr>
            <w:tcW w:type="dxa" w:w="2550"/>
          </w:tcPr>
          <w:p>
            <w:r>
              <w:t>[$]</w:t>
            </w:r>
          </w:p>
        </w:tc>
      </w:tr>
      <w:tr>
        <w:tc>
          <w:tcPr>
            <w:tcW w:type="dxa" w:w="2550"/>
          </w:tcPr>
          <w:p>
            <w:r>
              <w:t>Overnight boarding</w:t>
            </w:r>
          </w:p>
        </w:tc>
        <w:tc>
          <w:tcPr>
            <w:tcW w:type="dxa" w:w="2550"/>
          </w:tcPr>
          <w:p>
            <w:r>
              <w:t>[Describe]</w:t>
            </w:r>
          </w:p>
        </w:tc>
        <w:tc>
          <w:tcPr>
            <w:tcW w:type="dxa" w:w="2550"/>
          </w:tcPr>
          <w:p>
            <w:r>
              <w:t>[$]</w:t>
            </w:r>
          </w:p>
        </w:tc>
        <w:tc>
          <w:tcPr>
            <w:tcW w:type="dxa" w:w="2550"/>
          </w:tcPr>
          <w:p>
            <w:r>
              <w:t>[$]</w:t>
            </w:r>
          </w:p>
        </w:tc>
      </w:tr>
      <w:tr>
        <w:tc>
          <w:tcPr>
            <w:tcW w:type="dxa" w:w="2550"/>
          </w:tcPr>
          <w:p>
            <w:r>
              <w:t>Training classes</w:t>
            </w:r>
          </w:p>
        </w:tc>
        <w:tc>
          <w:tcPr>
            <w:tcW w:type="dxa" w:w="2550"/>
          </w:tcPr>
          <w:p>
            <w:r>
              <w:t>[Describe]</w:t>
            </w:r>
          </w:p>
        </w:tc>
        <w:tc>
          <w:tcPr>
            <w:tcW w:type="dxa" w:w="2550"/>
          </w:tcPr>
          <w:p>
            <w:r>
              <w:t>[$]</w:t>
            </w:r>
          </w:p>
        </w:tc>
        <w:tc>
          <w:tcPr>
            <w:tcW w:type="dxa" w:w="2550"/>
          </w:tcPr>
          <w:p>
            <w:r>
              <w:t>[$]</w:t>
            </w:r>
          </w:p>
        </w:tc>
      </w:tr>
      <w:tr>
        <w:tc>
          <w:tcPr>
            <w:tcW w:type="dxa" w:w="2550"/>
          </w:tcPr>
          <w:p>
            <w:r>
              <w:t>Retail treats and supplies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Grooming services</w:t>
      </w:r>
    </w:p>
    <w:p>
      <w:pPr>
        <w:pStyle w:val="ListBullet"/>
      </w:pPr>
      <w:r>
        <w:t>Daycare packages</w:t>
      </w:r>
    </w:p>
    <w:p>
      <w:pPr>
        <w:pStyle w:val="ListBullet"/>
      </w:pPr>
      <w:r>
        <w:t>Boarding and training</w:t>
      </w:r>
    </w:p>
    <w:p>
      <w:pPr>
        <w:pStyle w:val="Heading1"/>
      </w:pPr>
      <w:r>
        <w:t>4. Market Analysis</w:t>
      </w:r>
    </w:p>
    <w:p>
      <w:r>
        <w:rPr>
          <w:b/>
          <w:i w:val="0"/>
        </w:rPr>
        <w:t>Target customers:</w:t>
      </w:r>
    </w:p>
    <w:p>
      <w:pPr>
        <w:pStyle w:val="ListBullet"/>
      </w:pPr>
      <w:r>
        <w:t>Dog owners who work full time</w:t>
      </w:r>
    </w:p>
    <w:p>
      <w:pPr>
        <w:pStyle w:val="ListBullet"/>
      </w:pPr>
      <w:r>
        <w:t>Owners of breeds needing regular grooming</w:t>
      </w:r>
    </w:p>
    <w:p>
      <w:pPr>
        <w:pStyle w:val="ListBullet"/>
      </w:pPr>
      <w:r>
        <w:t>Travelers needing boarding</w:t>
      </w:r>
    </w:p>
    <w:p>
      <w:pPr>
        <w:pStyle w:val="ListBullet"/>
      </w:pPr>
      <w:r>
        <w:t>New puppy owners wanting training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Partnerships with vets and pet stores</w:t>
      </w:r>
    </w:p>
    <w:p>
      <w:pPr>
        <w:pStyle w:val="ListBullet"/>
      </w:pPr>
      <w:r>
        <w:t>Instagram photos of happy pets</w:t>
      </w:r>
    </w:p>
    <w:p>
      <w:pPr>
        <w:pStyle w:val="ListBullet"/>
      </w:pPr>
      <w:r>
        <w:t>First visit discounts</w:t>
      </w:r>
    </w:p>
    <w:p>
      <w:pPr>
        <w:pStyle w:val="ListBullet"/>
      </w:pPr>
      <w:r>
        <w:t>Package and membership offers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Partnerships ...</w:t>
            </w:r>
          </w:p>
        </w:tc>
        <w:tc>
          <w:tcPr>
            <w:tcW w:type="dxa" w:w="3400"/>
          </w:tcPr>
          <w:p>
            <w:r>
              <w:t>[$]</w:t>
            </w:r>
          </w:p>
        </w:tc>
        <w:tc>
          <w:tcPr>
            <w:tcW w:type="dxa" w:w="3400"/>
          </w:tcPr>
          <w:p>
            <w:r>
              <w:t>[#]</w:t>
            </w:r>
          </w:p>
        </w:tc>
      </w:tr>
      <w:tr>
        <w:tc>
          <w:tcPr>
            <w:tcW w:type="dxa" w:w="3400"/>
          </w:tcPr>
          <w:p>
            <w:r>
              <w:t>Instagram ...</w:t>
            </w:r>
          </w:p>
        </w:tc>
        <w:tc>
          <w:tcPr>
            <w:tcW w:type="dxa" w:w="3400"/>
          </w:tcPr>
          <w:p>
            <w:r>
              <w:t>[$]</w:t>
            </w:r>
          </w:p>
        </w:tc>
        <w:tc>
          <w:tcPr>
            <w:tcW w:type="dxa" w:w="3400"/>
          </w:tcPr>
          <w:p>
            <w:r>
              <w:t>[#]</w:t>
            </w:r>
          </w:p>
        </w:tc>
      </w:tr>
      <w:tr>
        <w:tc>
          <w:tcPr>
            <w:tcW w:type="dxa" w:w="3400"/>
          </w:tcPr>
          <w:p>
            <w:r>
              <w:t>First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Kennel or animal care license where required  [ ] obtained</w:t>
      </w:r>
    </w:p>
    <w:p>
      <w:pPr>
        <w:pStyle w:val="ListBullet"/>
      </w:pPr>
      <w:r>
        <w:t>Business license  [ ] obtained</w:t>
      </w:r>
    </w:p>
    <w:p>
      <w:pPr>
        <w:pStyle w:val="ListBullet"/>
      </w:pPr>
      <w:r>
        <w:t>Zoning approval  [ ] obtained</w:t>
      </w:r>
    </w:p>
    <w:p>
      <w:pPr>
        <w:pStyle w:val="ListBullet"/>
      </w:pPr>
      <w:r>
        <w:t>Liability and care, custody and control insurance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Dogs per day</w:t>
            </w:r>
          </w:p>
        </w:tc>
        <w:tc>
          <w:tcPr>
            <w:tcW w:type="dxa" w:w="3400"/>
          </w:tcPr>
          <w:p>
            <w:r>
              <w:t>Daycare and grooming volume.</w:t>
            </w:r>
          </w:p>
        </w:tc>
        <w:tc>
          <w:tcPr>
            <w:tcW w:type="dxa" w:w="3400"/>
          </w:tcPr>
          <w:p>
            <w:r>
              <w:t>[Target]</w:t>
            </w:r>
          </w:p>
        </w:tc>
      </w:tr>
      <w:tr>
        <w:tc>
          <w:tcPr>
            <w:tcW w:type="dxa" w:w="3400"/>
          </w:tcPr>
          <w:p>
            <w:r>
              <w:t>Rebooking rate</w:t>
            </w:r>
          </w:p>
        </w:tc>
        <w:tc>
          <w:tcPr>
            <w:tcW w:type="dxa" w:w="3400"/>
          </w:tcPr>
          <w:p>
            <w:r>
              <w:t>Grooming clients scheduling the next visit.</w:t>
            </w:r>
          </w:p>
        </w:tc>
        <w:tc>
          <w:tcPr>
            <w:tcW w:type="dxa" w:w="3400"/>
          </w:tcPr>
          <w:p>
            <w:r>
              <w:t>[Target]</w:t>
            </w:r>
          </w:p>
        </w:tc>
      </w:tr>
      <w:tr>
        <w:tc>
          <w:tcPr>
            <w:tcW w:type="dxa" w:w="3400"/>
          </w:tcPr>
          <w:p>
            <w:r>
              <w:t>Package sales</w:t>
            </w:r>
          </w:p>
        </w:tc>
        <w:tc>
          <w:tcPr>
            <w:tcW w:type="dxa" w:w="3400"/>
          </w:tcPr>
          <w:p>
            <w:r>
              <w:t>Prepaid revenue.</w:t>
            </w:r>
          </w:p>
        </w:tc>
        <w:tc>
          <w:tcPr>
            <w:tcW w:type="dxa" w:w="3400"/>
          </w:tcPr>
          <w:p>
            <w:r>
              <w:t>[Target]</w:t>
            </w:r>
          </w:p>
        </w:tc>
      </w:tr>
      <w:tr>
        <w:tc>
          <w:tcPr>
            <w:tcW w:type="dxa" w:w="3400"/>
          </w:tcPr>
          <w:p>
            <w:r>
              <w:t>Incident rate</w:t>
            </w:r>
          </w:p>
        </w:tc>
        <w:tc>
          <w:tcPr>
            <w:tcW w:type="dxa" w:w="3400"/>
          </w:tcPr>
          <w:p>
            <w:r>
              <w:t>Safety record.</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Animal injuries and liability</w:t>
            </w:r>
          </w:p>
        </w:tc>
        <w:tc>
          <w:tcPr>
            <w:tcW w:type="dxa" w:w="5100"/>
          </w:tcPr>
          <w:p>
            <w:r>
              <w:t>[Your plan]</w:t>
            </w:r>
          </w:p>
        </w:tc>
      </w:tr>
      <w:tr>
        <w:tc>
          <w:tcPr>
            <w:tcW w:type="dxa" w:w="5100"/>
          </w:tcPr>
          <w:p>
            <w:r>
              <w:t>Noise and zoning issues</w:t>
            </w:r>
          </w:p>
        </w:tc>
        <w:tc>
          <w:tcPr>
            <w:tcW w:type="dxa" w:w="5100"/>
          </w:tcPr>
          <w:p>
            <w:r>
              <w:t>[Your plan]</w:t>
            </w:r>
          </w:p>
        </w:tc>
      </w:tr>
      <w:tr>
        <w:tc>
          <w:tcPr>
            <w:tcW w:type="dxa" w:w="5100"/>
          </w:tcPr>
          <w:p>
            <w:r>
              <w:t>Staff training</w:t>
            </w:r>
          </w:p>
        </w:tc>
        <w:tc>
          <w:tcPr>
            <w:tcW w:type="dxa" w:w="5100"/>
          </w:tcPr>
          <w:p>
            <w:r>
              <w:t>[Your plan]</w:t>
            </w:r>
          </w:p>
        </w:tc>
      </w:tr>
      <w:tr>
        <w:tc>
          <w:tcPr>
            <w:tcW w:type="dxa" w:w="5100"/>
          </w:tcPr>
          <w:p>
            <w:r>
              <w:t>Disease outbreaks such as kennel cough</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$15,000</w:t>
            </w:r>
          </w:p>
        </w:tc>
        <w:tc>
          <w:tcPr>
            <w:tcW w:type="dxa" w:w="2550"/>
          </w:tcPr>
          <w:p>
            <w:r>
              <w:t>$100,000</w:t>
            </w:r>
          </w:p>
        </w:tc>
        <w:tc>
          <w:tcPr>
            <w:tcW w:type="dxa" w:w="2550"/>
          </w:tcPr>
          <w:p>
            <w:r>
              <w:t>[$]</w:t>
            </w:r>
          </w:p>
        </w:tc>
      </w:tr>
      <w:tr>
        <w:tc>
          <w:tcPr>
            <w:tcW w:type="dxa" w:w="2550"/>
          </w:tcPr>
          <w:p>
            <w:r>
              <w:t>Grooming tables, tubs and dryers</w:t>
            </w:r>
          </w:p>
        </w:tc>
        <w:tc>
          <w:tcPr>
            <w:tcW w:type="dxa" w:w="2550"/>
          </w:tcPr>
          <w:p>
            <w:r>
              <w:t>$5,000</w:t>
            </w:r>
          </w:p>
        </w:tc>
        <w:tc>
          <w:tcPr>
            <w:tcW w:type="dxa" w:w="2550"/>
          </w:tcPr>
          <w:p>
            <w:r>
              <w:t>$20,000</w:t>
            </w:r>
          </w:p>
        </w:tc>
        <w:tc>
          <w:tcPr>
            <w:tcW w:type="dxa" w:w="2550"/>
          </w:tcPr>
          <w:p>
            <w:r>
              <w:t>[$]</w:t>
            </w:r>
          </w:p>
        </w:tc>
      </w:tr>
      <w:tr>
        <w:tc>
          <w:tcPr>
            <w:tcW w:type="dxa" w:w="2550"/>
          </w:tcPr>
          <w:p>
            <w:r>
              <w:t>Kennels, flooring and fencing</w:t>
            </w:r>
          </w:p>
        </w:tc>
        <w:tc>
          <w:tcPr>
            <w:tcW w:type="dxa" w:w="2550"/>
          </w:tcPr>
          <w:p>
            <w:r>
              <w:t>$5,000</w:t>
            </w:r>
          </w:p>
        </w:tc>
        <w:tc>
          <w:tcPr>
            <w:tcW w:type="dxa" w:w="2550"/>
          </w:tcPr>
          <w:p>
            <w:r>
              <w:t>$40,000</w:t>
            </w:r>
          </w:p>
        </w:tc>
        <w:tc>
          <w:tcPr>
            <w:tcW w:type="dxa" w:w="2550"/>
          </w:tcPr>
          <w:p>
            <w:r>
              <w:t>[$]</w:t>
            </w:r>
          </w:p>
        </w:tc>
      </w:tr>
      <w:tr>
        <w:tc>
          <w:tcPr>
            <w:tcW w:type="dxa" w:w="2550"/>
          </w:tcPr>
          <w:p>
            <w:r>
              <w:t>Licenses and insurance</w:t>
            </w:r>
          </w:p>
        </w:tc>
        <w:tc>
          <w:tcPr>
            <w:tcW w:type="dxa" w:w="2550"/>
          </w:tcPr>
          <w:p>
            <w:r>
              <w:t>$1,500</w:t>
            </w:r>
          </w:p>
        </w:tc>
        <w:tc>
          <w:tcPr>
            <w:tcW w:type="dxa" w:w="2550"/>
          </w:tcPr>
          <w:p>
            <w:r>
              <w:t>$5,000</w:t>
            </w:r>
          </w:p>
        </w:tc>
        <w:tc>
          <w:tcPr>
            <w:tcW w:type="dxa" w:w="2550"/>
          </w:tcPr>
          <w:p>
            <w:r>
              <w:t>[$]</w:t>
            </w:r>
          </w:p>
        </w:tc>
      </w:tr>
      <w:tr>
        <w:tc>
          <w:tcPr>
            <w:tcW w:type="dxa" w:w="2550"/>
          </w:tcPr>
          <w:p>
            <w:r>
              <w:t>Booking software</w:t>
            </w:r>
          </w:p>
        </w:tc>
        <w:tc>
          <w:tcPr>
            <w:tcW w:type="dxa" w:w="2550"/>
          </w:tcPr>
          <w:p>
            <w:r>
              <w:t>$500</w:t>
            </w:r>
          </w:p>
        </w:tc>
        <w:tc>
          <w:tcPr>
            <w:tcW w:type="dxa" w:w="2550"/>
          </w:tcPr>
          <w:p>
            <w:r>
              <w:t>$2,000</w:t>
            </w:r>
          </w:p>
        </w:tc>
        <w:tc>
          <w:tcPr>
            <w:tcW w:type="dxa" w:w="2550"/>
          </w:tcPr>
          <w:p>
            <w:r>
              <w:t>[$]</w:t>
            </w:r>
          </w:p>
        </w:tc>
      </w:tr>
      <w:tr>
        <w:tc>
          <w:tcPr>
            <w:tcW w:type="dxa" w:w="2550"/>
          </w:tcPr>
          <w:p>
            <w:r>
              <w:t>Marketing</w:t>
            </w:r>
          </w:p>
        </w:tc>
        <w:tc>
          <w:tcPr>
            <w:tcW w:type="dxa" w:w="2550"/>
          </w:tcPr>
          <w:p>
            <w:r>
              <w:t>$2,000</w:t>
            </w:r>
          </w:p>
        </w:tc>
        <w:tc>
          <w:tcPr>
            <w:tcW w:type="dxa" w:w="2550"/>
          </w:tcPr>
          <w:p>
            <w:r>
              <w:t>$6,000</w:t>
            </w:r>
          </w:p>
        </w:tc>
        <w:tc>
          <w:tcPr>
            <w:tcW w:type="dxa" w:w="2550"/>
          </w:tcPr>
          <w:p>
            <w:r>
              <w:t>[$]</w:t>
            </w:r>
          </w:p>
        </w:tc>
      </w:tr>
      <w:tr>
        <w:tc>
          <w:tcPr>
            <w:tcW w:type="dxa" w:w="2550"/>
          </w:tcPr>
          <w:p>
            <w:r>
              <w:t>Working capital reserve</w:t>
            </w:r>
          </w:p>
        </w:tc>
        <w:tc>
          <w:tcPr>
            <w:tcW w:type="dxa" w:w="2550"/>
          </w:tcPr>
          <w:p>
            <w:r>
              <w:t>$10,000</w:t>
            </w:r>
          </w:p>
        </w:tc>
        <w:tc>
          <w:tcPr>
            <w:tcW w:type="dxa" w:w="2550"/>
          </w:tcPr>
          <w:p>
            <w:r>
              <w:t>$30,000</w:t>
            </w:r>
          </w:p>
        </w:tc>
        <w:tc>
          <w:tcPr>
            <w:tcW w:type="dxa" w:w="2550"/>
          </w:tcPr>
          <w:p>
            <w:r>
              <w:t>[$]</w:t>
            </w:r>
          </w:p>
        </w:tc>
      </w:tr>
      <w:tr>
        <w:tc>
          <w:tcPr>
            <w:tcW w:type="dxa" w:w="2550"/>
          </w:tcPr>
          <w:p>
            <w:r>
              <w:t>Total</w:t>
            </w:r>
          </w:p>
        </w:tc>
        <w:tc>
          <w:tcPr>
            <w:tcW w:type="dxa" w:w="2550"/>
          </w:tcPr>
          <w:p>
            <w:r>
              <w:t>$39,000</w:t>
            </w:r>
          </w:p>
        </w:tc>
        <w:tc>
          <w:tcPr>
            <w:tcW w:type="dxa" w:w="2550"/>
          </w:tcPr>
          <w:p>
            <w:r>
              <w:t>$203,000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$260,000</w:t>
            </w:r>
          </w:p>
        </w:tc>
        <w:tc>
          <w:tcPr>
            <w:tcW w:type="dxa" w:w="2550"/>
          </w:tcPr>
          <w:p>
            <w:r>
              <w:t>$325,000</w:t>
            </w:r>
          </w:p>
        </w:tc>
        <w:tc>
          <w:tcPr>
            <w:tcW w:type="dxa" w:w="2550"/>
          </w:tcPr>
          <w:p>
            <w:r>
              <w:t>$374,000</w:t>
            </w:r>
          </w:p>
        </w:tc>
      </w:tr>
      <w:tr>
        <w:tc>
          <w:tcPr>
            <w:tcW w:type="dxa" w:w="2550"/>
          </w:tcPr>
          <w:p>
            <w:r>
              <w:t>Cost of sales</w:t>
            </w:r>
          </w:p>
        </w:tc>
        <w:tc>
          <w:tcPr>
            <w:tcW w:type="dxa" w:w="2550"/>
          </w:tcPr>
          <w:p>
            <w:r>
              <w:t>$91,000</w:t>
            </w:r>
          </w:p>
        </w:tc>
        <w:tc>
          <w:tcPr>
            <w:tcW w:type="dxa" w:w="2550"/>
          </w:tcPr>
          <w:p>
            <w:r>
              <w:t>$113,750</w:t>
            </w:r>
          </w:p>
        </w:tc>
        <w:tc>
          <w:tcPr>
            <w:tcW w:type="dxa" w:w="2550"/>
          </w:tcPr>
          <w:p>
            <w:r>
              <w:t>$130,900</w:t>
            </w:r>
          </w:p>
        </w:tc>
      </w:tr>
      <w:tr>
        <w:tc>
          <w:tcPr>
            <w:tcW w:type="dxa" w:w="2550"/>
          </w:tcPr>
          <w:p>
            <w:r>
              <w:t>Gross profit</w:t>
            </w:r>
          </w:p>
        </w:tc>
        <w:tc>
          <w:tcPr>
            <w:tcW w:type="dxa" w:w="2550"/>
          </w:tcPr>
          <w:p>
            <w:r>
              <w:t>$169,000</w:t>
            </w:r>
          </w:p>
        </w:tc>
        <w:tc>
          <w:tcPr>
            <w:tcW w:type="dxa" w:w="2550"/>
          </w:tcPr>
          <w:p>
            <w:r>
              <w:t>$211,250</w:t>
            </w:r>
          </w:p>
        </w:tc>
        <w:tc>
          <w:tcPr>
            <w:tcW w:type="dxa" w:w="2550"/>
          </w:tcPr>
          <w:p>
            <w:r>
              <w:t>$243,100</w:t>
            </w:r>
          </w:p>
        </w:tc>
      </w:tr>
      <w:tr>
        <w:tc>
          <w:tcPr>
            <w:tcW w:type="dxa" w:w="2550"/>
          </w:tcPr>
          <w:p>
            <w:r>
              <w:t>Operating expenses</w:t>
            </w:r>
          </w:p>
        </w:tc>
        <w:tc>
          <w:tcPr>
            <w:tcW w:type="dxa" w:w="2550"/>
          </w:tcPr>
          <w:p>
            <w:r>
              <w:t>$160,550</w:t>
            </w:r>
          </w:p>
        </w:tc>
        <w:tc>
          <w:tcPr>
            <w:tcW w:type="dxa" w:w="2550"/>
          </w:tcPr>
          <w:p>
            <w:r>
              <w:t>$176,605</w:t>
            </w:r>
          </w:p>
        </w:tc>
        <w:tc>
          <w:tcPr>
            <w:tcW w:type="dxa" w:w="2550"/>
          </w:tcPr>
          <w:p>
            <w:r>
              <w:t>$190,733</w:t>
            </w:r>
          </w:p>
        </w:tc>
      </w:tr>
      <w:tr>
        <w:tc>
          <w:tcPr>
            <w:tcW w:type="dxa" w:w="2550"/>
          </w:tcPr>
          <w:p>
            <w:r>
              <w:t>Net income before tax</w:t>
            </w:r>
          </w:p>
        </w:tc>
        <w:tc>
          <w:tcPr>
            <w:tcW w:type="dxa" w:w="2550"/>
          </w:tcPr>
          <w:p>
            <w:r>
              <w:t>$8,450</w:t>
            </w:r>
          </w:p>
        </w:tc>
        <w:tc>
          <w:tcPr>
            <w:tcW w:type="dxa" w:w="2550"/>
          </w:tcPr>
          <w:p>
            <w:r>
              <w:t>$34,645</w:t>
            </w:r>
          </w:p>
        </w:tc>
        <w:tc>
          <w:tcPr>
            <w:tcW w:type="dxa" w:w="2550"/>
          </w:tcPr>
          <w:p>
            <w:r>
              <w:t>$52,367</w:t>
            </w:r>
          </w:p>
        </w:tc>
      </w:tr>
    </w:tbl>
    <w:p/>
    <w:p>
      <w:r>
        <w:rPr>
          <w:b w:val="0"/>
          <w:i/>
          <w:color w:val="6B7280"/>
          <w:sz w:val="18"/>
        </w:rPr>
        <w:t>Example assumptions: 65%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$121,000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Grooming tables, tubs and dryers</w:t>
            </w:r>
          </w:p>
        </w:tc>
        <w:tc>
          <w:tcPr>
            <w:tcW w:type="dxa" w:w="5100"/>
          </w:tcPr>
          <w:p>
            <w:r>
              <w:t>[$]</w:t>
            </w:r>
          </w:p>
        </w:tc>
      </w:tr>
      <w:tr>
        <w:tc>
          <w:tcPr>
            <w:tcW w:type="dxa" w:w="5100"/>
          </w:tcPr>
          <w:p>
            <w:r>
              <w:t>Kennels, flooring and fencing</w:t>
            </w:r>
          </w:p>
        </w:tc>
        <w:tc>
          <w:tcPr>
            <w:tcW w:type="dxa" w:w="5100"/>
          </w:tcPr>
          <w:p>
            <w:r>
              <w:t>[$]</w:t>
            </w:r>
          </w:p>
        </w:tc>
      </w:tr>
      <w:tr>
        <w:tc>
          <w:tcPr>
            <w:tcW w:type="dxa" w:w="5100"/>
          </w:tcPr>
          <w:p>
            <w:r>
              <w:t>Licenses and insurance</w:t>
            </w:r>
          </w:p>
        </w:tc>
        <w:tc>
          <w:tcPr>
            <w:tcW w:type="dxa" w:w="5100"/>
          </w:tcPr>
          <w:p>
            <w:r>
              <w:t>[$]</w:t>
            </w:r>
          </w:p>
        </w:tc>
      </w:tr>
      <w:tr>
        <w:tc>
          <w:tcPr>
            <w:tcW w:type="dxa" w:w="5100"/>
          </w:tcPr>
          <w:p>
            <w:r>
              <w:t>Booking software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pet grooming and dog daycare plan:</w:t>
      </w:r>
    </w:p>
    <w:p>
      <w:pPr>
        <w:pStyle w:val="ListBullet"/>
      </w:pPr>
      <w:r>
        <w:t>Describe safety and vaccination policies.</w:t>
      </w:r>
    </w:p>
    <w:p>
      <w:pPr>
        <w:pStyle w:val="ListBullet"/>
      </w:pPr>
      <w:r>
        <w:t>Show capacity by service.</w:t>
      </w:r>
    </w:p>
    <w:p>
      <w:pPr>
        <w:pStyle w:val="ListBullet"/>
      </w:pPr>
      <w:r>
        <w:t>Include staff training plans.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