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Title"/>
      </w:pPr>
      <w:r>
        <w:t>SaaS and Software Startup Business Plan</w:t>
      </w:r>
    </w:p>
    <w:p>
      <w:r>
        <w:rPr>
          <w:b w:val="0"/>
          <w:i w:val="0"/>
          <w:color w:val="6B7280"/>
          <w:sz w:val="28"/>
        </w:rPr>
        <w:t>Sample plan for Ledgerly Software Inc. (fictional example)</w:t>
      </w:r>
    </w:p>
    <w:p/>
    <w:p>
      <w:r>
        <w:rPr>
          <w:b w:val="0"/>
          <w:i w:val="0"/>
          <w:sz w:val="24"/>
        </w:rPr>
        <w:t>Prepared by: [Owner name]</w:t>
      </w:r>
    </w:p>
    <w:p>
      <w:r>
        <w:rPr>
          <w:b w:val="0"/>
          <w:i w:val="0"/>
          <w:sz w:val="24"/>
        </w:rPr>
        <w:t>[Business address]</w:t>
      </w:r>
    </w:p>
    <w:p>
      <w:r>
        <w:rPr>
          <w:b w:val="0"/>
          <w:i w:val="0"/>
          <w:sz w:val="24"/>
        </w:rPr>
        <w:t>[Phone]  |  [Email]  |  [Website]</w:t>
      </w:r>
    </w:p>
    <w:p>
      <w:r>
        <w:rPr>
          <w:b w:val="0"/>
          <w:i w:val="0"/>
          <w:sz w:val="24"/>
        </w:rPr>
        <w:t>Date: [Month, Year]</w:t>
      </w:r>
    </w:p>
    <w:p/>
    <w:p>
      <w:r>
        <w:rPr>
          <w:b w:val="0"/>
          <w:i/>
          <w:color w:val="6B7280"/>
          <w:sz w:val="19"/>
        </w:rPr>
        <w:t>How to use this sample: the business name, figures and descriptions are a fictional example to show what a finished plan looks like. Replace everything in [brackets] and every example number with your own research before you share it. Cost ranges are rough planning figures and vary widely by location.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Ledgerly Software Inc. is a new saas and software startup business based in [City, State]. We will serve small businesses in a target vertical and mid-market teams, offering subscription software tiers, onboarding and implementation and integrations and api access. Our goal is to become the go-to choice for [your target customer] in [your area] by [your key difference, such as quality, speed, price or specialty].</w:t>
      </w:r>
    </w:p>
    <w:p>
      <w:r>
        <w:rPr>
          <w:b w:val="0"/>
          <w:i w:val="0"/>
        </w:rPr>
        <w:t>We project first-year revenue of about $300,000, growing to $431,000 by year three. Startup costs are estimated between $71,000 and $525,000. We are seeking $298,000 in [loan / investment / owner funds] to cover startup costs and working capital. [Add one or two sentences on the owner's experience and any early traction such as signed customers, pre-orders or a secured location.]</w:t>
      </w:r>
    </w:p>
    <w:p>
      <w:pPr>
        <w:pStyle w:val="Heading1"/>
      </w:pPr>
      <w:r>
        <w:t>2. Company Description</w:t>
      </w:r>
    </w:p>
    <w:p>
      <w:r>
        <w:rPr>
          <w:b w:val="0"/>
          <w:i w:val="0"/>
        </w:rPr>
        <w:t>Software startups are judged on growth economics. Investors expect a plan that shows the problem, the market, a product roadmap and subscription metrics such as monthly recurring revenue, churn, customer acquisition cost and lifetime value, along with how much runway the funding buys.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Legal name</w:t>
            </w:r>
          </w:p>
        </w:tc>
        <w:tc>
          <w:tcPr>
            <w:tcW w:type="dxa" w:w="5100"/>
          </w:tcPr>
          <w:p>
            <w:r>
              <w:t>[Ledgerly Software Inc. LLC]</w:t>
            </w:r>
          </w:p>
        </w:tc>
      </w:tr>
      <w:tr>
        <w:tc>
          <w:tcPr>
            <w:tcW w:type="dxa" w:w="5100"/>
          </w:tcPr>
          <w:p>
            <w:r>
              <w:t>Legal structure</w:t>
            </w:r>
          </w:p>
        </w:tc>
        <w:tc>
          <w:tcPr>
            <w:tcW w:type="dxa" w:w="5100"/>
          </w:tcPr>
          <w:p>
            <w:r>
              <w:t>[LLC / sole proprietorship / corporation / partnership]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>
              <w:t>[Address or service area]</w:t>
            </w:r>
          </w:p>
        </w:tc>
      </w:tr>
      <w:tr>
        <w:tc>
          <w:tcPr>
            <w:tcW w:type="dxa" w:w="5100"/>
          </w:tcPr>
          <w:p>
            <w:r>
              <w:t>Owners</w:t>
            </w:r>
          </w:p>
        </w:tc>
        <w:tc>
          <w:tcPr>
            <w:tcW w:type="dxa" w:w="5100"/>
          </w:tcPr>
          <w:p>
            <w:r>
              <w:t>[Names and ownership %]</w:t>
            </w:r>
          </w:p>
        </w:tc>
      </w:tr>
      <w:tr>
        <w:tc>
          <w:tcPr>
            <w:tcW w:type="dxa" w:w="5100"/>
          </w:tcPr>
          <w:p>
            <w:r>
              <w:t>Stage</w:t>
            </w:r>
          </w:p>
        </w:tc>
        <w:tc>
          <w:tcPr>
            <w:tcW w:type="dxa" w:w="5100"/>
          </w:tcPr>
          <w:p>
            <w:r>
              <w:t>[Idea / pre-launch / operating since 20XX]</w:t>
            </w:r>
          </w:p>
        </w:tc>
      </w:tr>
    </w:tbl>
    <w:p/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Offering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>
              <w:t>Subscription software tiers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Onboarding and implementation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Integrations and API access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Premium support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Revenue streams:</w:t>
      </w:r>
    </w:p>
    <w:p>
      <w:pPr>
        <w:pStyle w:val="ListBullet"/>
      </w:pPr>
      <w:r>
        <w:t>Monthly and annual subscriptions</w:t>
      </w:r>
    </w:p>
    <w:p>
      <w:pPr>
        <w:pStyle w:val="ListBullet"/>
      </w:pPr>
      <w:r>
        <w:t>Implementation fees</w:t>
      </w:r>
    </w:p>
    <w:p>
      <w:pPr>
        <w:pStyle w:val="ListBullet"/>
      </w:pPr>
      <w:r>
        <w:t>Usage-based add-ons</w:t>
      </w:r>
    </w:p>
    <w:p>
      <w:pPr>
        <w:pStyle w:val="Heading1"/>
      </w:pPr>
      <w:r>
        <w:t>4. Market Analysis</w:t>
      </w:r>
    </w:p>
    <w:p>
      <w:r>
        <w:rPr>
          <w:b/>
          <w:i w:val="0"/>
        </w:rPr>
        <w:t>Target customers:</w:t>
      </w:r>
    </w:p>
    <w:p>
      <w:pPr>
        <w:pStyle w:val="ListBullet"/>
      </w:pPr>
      <w:r>
        <w:t>Small businesses in a target vertical</w:t>
      </w:r>
    </w:p>
    <w:p>
      <w:pPr>
        <w:pStyle w:val="ListBullet"/>
      </w:pPr>
      <w:r>
        <w:t>Mid-market teams</w:t>
      </w:r>
    </w:p>
    <w:p>
      <w:pPr>
        <w:pStyle w:val="ListBullet"/>
      </w:pPr>
      <w:r>
        <w:t>Self-serve individual users</w:t>
      </w:r>
    </w:p>
    <w:p>
      <w:pPr>
        <w:pStyle w:val="ListBullet"/>
      </w:pPr>
      <w:r>
        <w:t>Enterprise buyers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Potential customers in our area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>
              <w:t>[Census data, local reports]</w:t>
            </w:r>
          </w:p>
        </w:tc>
      </w:tr>
      <w:tr>
        <w:tc>
          <w:tcPr>
            <w:tcW w:type="dxa" w:w="3400"/>
          </w:tcPr>
          <w:p>
            <w:r>
              <w:t>Customers we can realistically reach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Target share in year one</w:t>
            </w:r>
          </w:p>
        </w:tc>
        <w:tc>
          <w:tcPr>
            <w:tcW w:type="dxa" w:w="3400"/>
          </w:tcPr>
          <w:p>
            <w:r>
              <w:t>[%]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Industry trends affecting our business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 range</w:t>
            </w:r>
          </w:p>
        </w:tc>
      </w:tr>
      <w:tr>
        <w:tc>
          <w:tcPr>
            <w:tcW w:type="dxa" w:w="2550"/>
          </w:tcPr>
          <w:p>
            <w:r>
              <w:t>[Competitor 1]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2]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3]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Why customers will choose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</w:t>
      </w:r>
    </w:p>
    <w:p>
      <w:r>
        <w:rPr>
          <w:b/>
          <w:i w:val="0"/>
        </w:rPr>
        <w:t>Planned marketing activities:</w:t>
      </w:r>
    </w:p>
    <w:p>
      <w:pPr>
        <w:pStyle w:val="ListBullet"/>
      </w:pPr>
      <w:r>
        <w:t>Content and search marketing</w:t>
      </w:r>
    </w:p>
    <w:p>
      <w:pPr>
        <w:pStyle w:val="ListBullet"/>
      </w:pPr>
      <w:r>
        <w:t>Free trial or freemium funnel</w:t>
      </w:r>
    </w:p>
    <w:p>
      <w:pPr>
        <w:pStyle w:val="ListBullet"/>
      </w:pPr>
      <w:r>
        <w:t>Founder-led sales</w:t>
      </w:r>
    </w:p>
    <w:p>
      <w:pPr>
        <w:pStyle w:val="ListBullet"/>
      </w:pPr>
      <w:r>
        <w:t>Integration partner listings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3400"/>
          </w:tcPr>
          <w:p>
            <w:r>
              <w:t>Content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Free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Founder-led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</w:tbl>
    <w:p/>
    <w:p>
      <w:pPr>
        <w:pStyle w:val="Heading1"/>
      </w:pPr>
      <w:r>
        <w:t>7. Operations</w:t>
      </w:r>
    </w:p>
    <w:p>
      <w:r>
        <w:rPr>
          <w:b/>
          <w:i w:val="0"/>
        </w:rPr>
        <w:t>Location, facilities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 to obtain:</w:t>
      </w:r>
    </w:p>
    <w:p>
      <w:pPr>
        <w:pStyle w:val="ListBullet"/>
      </w:pPr>
      <w:r>
        <w:t>Incorporation (often a Delaware C corporation for venture funding)  [ ] obtained</w:t>
      </w:r>
    </w:p>
    <w:p>
      <w:pPr>
        <w:pStyle w:val="ListBullet"/>
      </w:pPr>
      <w:r>
        <w:t>Terms of service and privacy policy  [ ] obtained</w:t>
      </w:r>
    </w:p>
    <w:p>
      <w:pPr>
        <w:pStyle w:val="ListBullet"/>
      </w:pPr>
      <w:r>
        <w:t>Data protection compliance such as GDPR or CCPA  [ ] obtained</w:t>
      </w:r>
    </w:p>
    <w:p>
      <w:r>
        <w:rPr>
          <w:b w:val="0"/>
          <w:i/>
          <w:color w:val="6B7280"/>
          <w:sz w:val="18"/>
        </w:rPr>
        <w:t>Requirements vary by state and city. Confirm with your local licensing office.</w:t>
      </w:r>
    </w:p>
    <w:p>
      <w:pPr>
        <w:pStyle w:val="Heading1"/>
      </w:pPr>
      <w:r>
        <w:t>8. Management and Staffing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</w:tr>
      <w:tr>
        <w:tc>
          <w:tcPr>
            <w:tcW w:type="dxa" w:w="3400"/>
          </w:tcPr>
          <w:p>
            <w:r>
              <w:t>[Owner name]</w:t>
            </w:r>
          </w:p>
        </w:tc>
        <w:tc>
          <w:tcPr>
            <w:tcW w:type="dxa" w:w="3400"/>
          </w:tcPr>
          <w:p>
            <w:r>
              <w:t>Owner / manager</w:t>
            </w:r>
          </w:p>
        </w:tc>
        <w:tc>
          <w:tcPr>
            <w:tcW w:type="dxa" w:w="3400"/>
          </w:tcPr>
          <w:p>
            <w:r>
              <w:t>[Relevant experience]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for the first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Key Performance Indicators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Our target</w:t>
            </w:r>
          </w:p>
        </w:tc>
      </w:tr>
      <w:tr>
        <w:tc>
          <w:tcPr>
            <w:tcW w:type="dxa" w:w="3400"/>
          </w:tcPr>
          <w:p>
            <w:r>
              <w:t>Monthly recurring revenue</w:t>
            </w:r>
          </w:p>
        </w:tc>
        <w:tc>
          <w:tcPr>
            <w:tcW w:type="dxa" w:w="3400"/>
          </w:tcPr>
          <w:p>
            <w:r>
              <w:t>The headline growth metric.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Net revenue churn</w:t>
            </w:r>
          </w:p>
        </w:tc>
        <w:tc>
          <w:tcPr>
            <w:tcW w:type="dxa" w:w="3400"/>
          </w:tcPr>
          <w:p>
            <w:r>
              <w:t>Revenue lost from cancellations and downgrades, less expansions.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CAC payback period</w:t>
            </w:r>
          </w:p>
        </w:tc>
        <w:tc>
          <w:tcPr>
            <w:tcW w:type="dxa" w:w="3400"/>
          </w:tcPr>
          <w:p>
            <w:r>
              <w:t>Months to recover the cost of winning a customer.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Runway</w:t>
            </w:r>
          </w:p>
        </w:tc>
        <w:tc>
          <w:tcPr>
            <w:tcW w:type="dxa" w:w="3400"/>
          </w:tcPr>
          <w:p>
            <w:r>
              <w:t>Months of cash at the current burn rate.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</w:tbl>
    <w:p/>
    <w:p>
      <w:pPr>
        <w:pStyle w:val="Heading1"/>
      </w:pPr>
      <w:r>
        <w:t>10. Risks and How We Will Manage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Risk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reduce it</w:t>
            </w:r>
          </w:p>
        </w:tc>
      </w:tr>
      <w:tr>
        <w:tc>
          <w:tcPr>
            <w:tcW w:type="dxa" w:w="5100"/>
          </w:tcPr>
          <w:p>
            <w:r>
              <w:t>Building something people do not pay for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Running out of runway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Competition from larger platforms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Security and data privacy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</w:tbl>
    <w:p/>
    <w:p>
      <w:pPr>
        <w:pStyle w:val="Heading1"/>
      </w:pPr>
      <w:r>
        <w:t>11. Financial Plan</w:t>
      </w:r>
    </w:p>
    <w:p>
      <w:r>
        <w:rPr>
          <w:b/>
          <w:i w:val="0"/>
        </w:rPr>
        <w:t>Estimated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low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high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Our estimate</w:t>
            </w:r>
          </w:p>
        </w:tc>
      </w:tr>
      <w:tr>
        <w:tc>
          <w:tcPr>
            <w:tcW w:type="dxa" w:w="2550"/>
          </w:tcPr>
          <w:p>
            <w:r>
              <w:t>Product development (contract or salaries)</w:t>
            </w:r>
          </w:p>
        </w:tc>
        <w:tc>
          <w:tcPr>
            <w:tcW w:type="dxa" w:w="2550"/>
          </w:tcPr>
          <w:p>
            <w:r>
              <w:t>$30,000</w:t>
            </w:r>
          </w:p>
        </w:tc>
        <w:tc>
          <w:tcPr>
            <w:tcW w:type="dxa" w:w="2550"/>
          </w:tcPr>
          <w:p>
            <w:r>
              <w:t>$250,000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Cloud hosting and tools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Legal, incorporation and IP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$10,000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Branding and website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$10,000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Launch marketing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$40,000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Working capital and runway</w:t>
            </w:r>
          </w:p>
        </w:tc>
        <w:tc>
          <w:tcPr>
            <w:tcW w:type="dxa" w:w="2550"/>
          </w:tcPr>
          <w:p>
            <w:r>
              <w:t>$30,000</w:t>
            </w:r>
          </w:p>
        </w:tc>
        <w:tc>
          <w:tcPr>
            <w:tcW w:type="dxa" w:w="2550"/>
          </w:tcPr>
          <w:p>
            <w:r>
              <w:t>$200,000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Total</w:t>
            </w:r>
          </w:p>
        </w:tc>
        <w:tc>
          <w:tcPr>
            <w:tcW w:type="dxa" w:w="2550"/>
          </w:tcPr>
          <w:p>
            <w:r>
              <w:t>$71,000</w:t>
            </w:r>
          </w:p>
        </w:tc>
        <w:tc>
          <w:tcPr>
            <w:tcW w:type="dxa" w:w="2550"/>
          </w:tcPr>
          <w:p>
            <w:r>
              <w:t>$525,000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Three-year projection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>
              <w:t>$300,000</w:t>
            </w:r>
          </w:p>
        </w:tc>
        <w:tc>
          <w:tcPr>
            <w:tcW w:type="dxa" w:w="2550"/>
          </w:tcPr>
          <w:p>
            <w:r>
              <w:t>$375,000</w:t>
            </w:r>
          </w:p>
        </w:tc>
        <w:tc>
          <w:tcPr>
            <w:tcW w:type="dxa" w:w="2550"/>
          </w:tcPr>
          <w:p>
            <w:r>
              <w:t>$431,000</w:t>
            </w:r>
          </w:p>
        </w:tc>
      </w:tr>
      <w:tr>
        <w:tc>
          <w:tcPr>
            <w:tcW w:type="dxa" w:w="2550"/>
          </w:tcPr>
          <w:p>
            <w:r>
              <w:t>Cost of sales</w:t>
            </w:r>
          </w:p>
        </w:tc>
        <w:tc>
          <w:tcPr>
            <w:tcW w:type="dxa" w:w="2550"/>
          </w:tcPr>
          <w:p>
            <w:r>
              <w:t>$60,000</w:t>
            </w:r>
          </w:p>
        </w:tc>
        <w:tc>
          <w:tcPr>
            <w:tcW w:type="dxa" w:w="2550"/>
          </w:tcPr>
          <w:p>
            <w:r>
              <w:t>$75,000</w:t>
            </w:r>
          </w:p>
        </w:tc>
        <w:tc>
          <w:tcPr>
            <w:tcW w:type="dxa" w:w="2550"/>
          </w:tcPr>
          <w:p>
            <w:r>
              <w:t>$86,200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>
              <w:t>$240,000</w:t>
            </w:r>
          </w:p>
        </w:tc>
        <w:tc>
          <w:tcPr>
            <w:tcW w:type="dxa" w:w="2550"/>
          </w:tcPr>
          <w:p>
            <w:r>
              <w:t>$300,000</w:t>
            </w:r>
          </w:p>
        </w:tc>
        <w:tc>
          <w:tcPr>
            <w:tcW w:type="dxa" w:w="2550"/>
          </w:tcPr>
          <w:p>
            <w:r>
              <w:t>$344,800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>
              <w:t>$228,000</w:t>
            </w:r>
          </w:p>
        </w:tc>
        <w:tc>
          <w:tcPr>
            <w:tcW w:type="dxa" w:w="2550"/>
          </w:tcPr>
          <w:p>
            <w:r>
              <w:t>$250,800</w:t>
            </w:r>
          </w:p>
        </w:tc>
        <w:tc>
          <w:tcPr>
            <w:tcW w:type="dxa" w:w="2550"/>
          </w:tcPr>
          <w:p>
            <w:r>
              <w:t>$270,864</w:t>
            </w:r>
          </w:p>
        </w:tc>
      </w:tr>
      <w:tr>
        <w:tc>
          <w:tcPr>
            <w:tcW w:type="dxa" w:w="2550"/>
          </w:tcPr>
          <w:p>
            <w:r>
              <w:t>Net income before tax</w:t>
            </w:r>
          </w:p>
        </w:tc>
        <w:tc>
          <w:tcPr>
            <w:tcW w:type="dxa" w:w="2550"/>
          </w:tcPr>
          <w:p>
            <w:r>
              <w:t>$12,000</w:t>
            </w:r>
          </w:p>
        </w:tc>
        <w:tc>
          <w:tcPr>
            <w:tcW w:type="dxa" w:w="2550"/>
          </w:tcPr>
          <w:p>
            <w:r>
              <w:t>$49,200</w:t>
            </w:r>
          </w:p>
        </w:tc>
        <w:tc>
          <w:tcPr>
            <w:tcW w:type="dxa" w:w="2550"/>
          </w:tcPr>
          <w:p>
            <w:r>
              <w:t>$73,936</w:t>
            </w:r>
          </w:p>
        </w:tc>
      </w:tr>
    </w:tbl>
    <w:p/>
    <w:p>
      <w:r>
        <w:rPr>
          <w:b w:val="0"/>
          <w:i/>
          <w:color w:val="6B7280"/>
          <w:sz w:val="18"/>
        </w:rPr>
        <w:t>Example assumptions: 80% gross margin, revenue growth of 25% in year two and 15% in year three. Replace these with your own numbers. Our free Excel financial projections template at BusinessPlanDownload.net builds this table from your assumptions.</w:t>
      </w:r>
    </w:p>
    <w:p>
      <w:pPr>
        <w:pStyle w:val="Heading1"/>
      </w:pPr>
      <w:r>
        <w:t>12. Funding Request</w:t>
      </w:r>
    </w:p>
    <w:p>
      <w:r>
        <w:rPr>
          <w:b w:val="0"/>
          <w:i w:val="0"/>
        </w:rPr>
        <w:t>We are requesting $298,000 to fund startup costs and working capital. [Explain loan term or investor terms, how much the owners are investing, and how the funds will be repaid.]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>
              <w:t>Product development (contract or salaries)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Cloud hosting and tools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Legal, incorporation and IP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Branding and website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Launch marketing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Working capital and runway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</w:tbl>
    <w:p/>
    <w:p>
      <w:pPr>
        <w:pStyle w:val="Heading1"/>
      </w:pPr>
      <w:r>
        <w:t>Appendix</w:t>
      </w:r>
    </w:p>
    <w:p>
      <w:r>
        <w:rPr>
          <w:b/>
          <w:i w:val="0"/>
        </w:rPr>
        <w:t>Writing tips for a saas and software startup plan:</w:t>
      </w:r>
    </w:p>
    <w:p>
      <w:pPr>
        <w:pStyle w:val="ListBullet"/>
      </w:pPr>
      <w:r>
        <w:t>Lead with traction such as users, pilots or revenue.</w:t>
      </w:r>
    </w:p>
    <w:p>
      <w:pPr>
        <w:pStyle w:val="ListBullet"/>
      </w:pPr>
      <w:r>
        <w:t>Show unit economics, not just revenue.</w:t>
      </w:r>
    </w:p>
    <w:p>
      <w:pPr>
        <w:pStyle w:val="ListBullet"/>
      </w:pPr>
      <w:r>
        <w:t>Explain the use of funds and runway.</w:t>
      </w:r>
    </w:p>
    <w:p>
      <w:r>
        <w:rPr>
          <w:b w:val="0"/>
          <w:i w:val="0"/>
        </w:rPr>
        <w:t>Attach: owner resumes, lease or letter of intent, equipment quotes, permits, market research,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