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Simple Business Plan</w:t>
      </w:r>
    </w:p>
    <w:p>
      <w:r>
        <w:rPr>
          <w:b/>
          <w:i w:val="0"/>
        </w:rPr>
        <w:t>Business name, owner and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r>
        <w:rPr>
          <w:b/>
          <w:i w:val="0"/>
        </w:rPr>
        <w:t>What does the business do?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Who are the customers?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What we sell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Who are the competitors and why will customers choose us?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p>
      <w:r>
        <w:rPr>
          <w:b/>
          <w:i w:val="0"/>
        </w:rPr>
        <w:t>How will we find customers?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costs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How much do we need to sell each month to break even?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First-year goal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Target date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  <w:tr>
        <w:tc>
          <w:tcPr>
            <w:tcW w:type="dxa" w:w="5100"/>
          </w:tcPr>
          <w:p>
            <w:r/>
            <w:r>
              <w:t xml:space="preserve"> </w:t>
            </w:r>
          </w:p>
        </w:tc>
        <w:tc>
          <w:tcPr>
            <w:tcW w:type="dxa" w:w="510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