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Startup Business Plan</w:t>
      </w:r>
    </w:p>
    <w:p>
      <w:r>
        <w:rPr>
          <w:b w:val="0"/>
          <w:i w:val="0"/>
          <w:color w:val="6B7280"/>
          <w:sz w:val="24"/>
        </w:rPr>
        <w:t>[Business name]  |  [Date]</w:t>
      </w:r>
    </w:p>
    <w:p>
      <w:pPr>
        <w:pStyle w:val="Heading1"/>
      </w:pPr>
      <w:r>
        <w:t>1. Executive Summary</w:t>
      </w:r>
    </w:p>
    <w:p>
      <w:r>
        <w:rPr>
          <w:b w:val="0"/>
          <w:i/>
          <w:color w:val="6B7280"/>
        </w:rPr>
        <w:t>Write this section last. Summarize the business, the opportunity, the team, key numbers and the funding request in one to two pages.</w:t>
      </w:r>
    </w:p>
    <w:p>
      <w:r>
        <w:rPr>
          <w:b/>
          <w:i w:val="0"/>
        </w:rPr>
        <w:t>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  <w:p/>
          <w:p/>
        </w:tc>
      </w:tr>
    </w:tbl>
    <w:p/>
    <w:p>
      <w:pPr>
        <w:pStyle w:val="Heading1"/>
      </w:pPr>
      <w:r>
        <w:t>2. Company Description</w:t>
      </w:r>
    </w:p>
    <w:p>
      <w:r>
        <w:rPr>
          <w:b/>
          <w:i w:val="0"/>
        </w:rPr>
        <w:t>Business name, legal structure and location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r>
        <w:rPr>
          <w:b/>
          <w:i w:val="0"/>
        </w:rPr>
        <w:t>Mission and vision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History and current stage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Goals for the next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Product or service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What makes your offer different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4. Market Analysis</w:t>
      </w:r>
    </w:p>
    <w:p>
      <w:r>
        <w:rPr>
          <w:b/>
          <w:i w:val="0"/>
        </w:rPr>
        <w:t>Industry overview and trends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/>
    <w:p>
      <w:r>
        <w:rPr>
          <w:b/>
          <w:i w:val="0"/>
        </w:rPr>
        <w:t>Target customer profile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Size (customers or $)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Total market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Serviceable market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Your target share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Your competitive advantage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 Plan</w:t>
      </w:r>
    </w:p>
    <w:p>
      <w:r>
        <w:rPr>
          <w:b/>
          <w:i w:val="0"/>
        </w:rPr>
        <w:t>Positioning and brand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Tactic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Sales process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7. Operations Plan</w:t>
      </w:r>
    </w:p>
    <w:p>
      <w:r>
        <w:rPr>
          <w:b/>
          <w:i w:val="0"/>
        </w:rPr>
        <w:t>Location and facilities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8. Management and Organization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Ownership %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and advisors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Financial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Cost of goods sold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Net income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Ending cash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Key assumptions behind the forecast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/>
    <w:p>
      <w:r>
        <w:rPr>
          <w:b/>
          <w:i w:val="0"/>
        </w:rPr>
        <w:t>Break-even point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10. Funding Request</w:t>
      </w:r>
    </w:p>
    <w:p>
      <w:r>
        <w:rPr>
          <w:b/>
          <w:i w:val="0"/>
        </w:rPr>
        <w:t>Amount requested and type (loan, investment, grant)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Repayment plan or investor return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11. Appendix</w:t>
      </w:r>
    </w:p>
    <w:p>
      <w:r>
        <w:rPr>
          <w:b w:val="0"/>
          <w:i/>
          <w:color w:val="6B7280"/>
        </w:rPr>
        <w:t>Attach resumes, permits, leases, quotes, market research, product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